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272BF" w14:textId="33D03FC3" w:rsidR="0099555F" w:rsidRPr="00697C37" w:rsidRDefault="005718AB" w:rsidP="0099555F">
      <w:pPr>
        <w:spacing w:after="120"/>
        <w:rPr>
          <w:rFonts w:ascii="Arial" w:hAnsi="Arial" w:cs="Arial"/>
          <w:sz w:val="20"/>
          <w:szCs w:val="20"/>
        </w:rPr>
      </w:pPr>
      <w:r w:rsidRPr="00697C37">
        <w:rPr>
          <w:rFonts w:ascii="Arial" w:hAnsi="Arial" w:cs="Arial"/>
          <w:b/>
          <w:bCs/>
          <w:sz w:val="20"/>
          <w:szCs w:val="20"/>
          <w:u w:val="single"/>
        </w:rPr>
        <w:t>Introduction</w:t>
      </w:r>
      <w:r w:rsidRPr="00697C37">
        <w:rPr>
          <w:rFonts w:ascii="Arial" w:hAnsi="Arial" w:cs="Arial"/>
          <w:b/>
          <w:bCs/>
          <w:sz w:val="20"/>
          <w:szCs w:val="20"/>
        </w:rPr>
        <w:t>:</w:t>
      </w:r>
      <w:r w:rsidRPr="00697C37">
        <w:rPr>
          <w:rFonts w:ascii="Arial" w:hAnsi="Arial" w:cs="Arial"/>
          <w:sz w:val="20"/>
          <w:szCs w:val="20"/>
        </w:rPr>
        <w:t xml:space="preserve"> The </w:t>
      </w:r>
      <w:r w:rsidR="003769B4" w:rsidRPr="00697C37">
        <w:rPr>
          <w:rFonts w:ascii="Arial" w:hAnsi="Arial" w:cs="Arial"/>
          <w:sz w:val="20"/>
          <w:szCs w:val="20"/>
        </w:rPr>
        <w:t>NC</w:t>
      </w:r>
      <w:r w:rsidRPr="00697C37">
        <w:rPr>
          <w:rFonts w:ascii="Arial" w:hAnsi="Arial" w:cs="Arial"/>
          <w:sz w:val="20"/>
          <w:szCs w:val="20"/>
        </w:rPr>
        <w:t xml:space="preserve"> ITP credential is the </w:t>
      </w:r>
      <w:r w:rsidR="003769B4" w:rsidRPr="00697C37">
        <w:rPr>
          <w:rFonts w:ascii="Arial" w:hAnsi="Arial" w:cs="Arial"/>
          <w:sz w:val="20"/>
          <w:szCs w:val="20"/>
        </w:rPr>
        <w:t>ITFC</w:t>
      </w:r>
      <w:r w:rsidRPr="00697C37">
        <w:rPr>
          <w:rFonts w:ascii="Arial" w:hAnsi="Arial" w:cs="Arial"/>
          <w:sz w:val="20"/>
          <w:szCs w:val="20"/>
        </w:rPr>
        <w:t>. New NC ITP providers of early intervention service coordination and special instruction services are eligible to apply for the ITFC</w:t>
      </w:r>
      <w:r w:rsidR="008974F2" w:rsidRPr="00697C37">
        <w:rPr>
          <w:rFonts w:ascii="Arial" w:hAnsi="Arial" w:cs="Arial"/>
          <w:sz w:val="20"/>
          <w:szCs w:val="20"/>
        </w:rPr>
        <w:t xml:space="preserve">. </w:t>
      </w:r>
      <w:r w:rsidR="00AE21D8" w:rsidRPr="00697C37">
        <w:rPr>
          <w:rFonts w:ascii="Arial" w:hAnsi="Arial" w:cs="Arial"/>
          <w:sz w:val="20"/>
          <w:szCs w:val="20"/>
        </w:rPr>
        <w:t xml:space="preserve">You must complete and submit this application with a copy of your official transcripts to the </w:t>
      </w:r>
      <w:hyperlink r:id="rId11" w:history="1">
        <w:r w:rsidR="00AE21D8" w:rsidRPr="00697C37">
          <w:rPr>
            <w:rStyle w:val="Hyperlink"/>
            <w:rFonts w:ascii="Arial" w:hAnsi="Arial" w:cs="Arial"/>
            <w:sz w:val="20"/>
            <w:szCs w:val="20"/>
          </w:rPr>
          <w:t>Children’s Developmental Services Agency (CDSA)</w:t>
        </w:r>
      </w:hyperlink>
      <w:r w:rsidR="00AE21D8" w:rsidRPr="00697C37">
        <w:rPr>
          <w:rFonts w:ascii="Arial" w:hAnsi="Arial" w:cs="Arial"/>
          <w:sz w:val="20"/>
          <w:szCs w:val="20"/>
        </w:rPr>
        <w:t xml:space="preserve"> for the county where the services will be provided within 30 days of your hire date. </w:t>
      </w:r>
      <w:r w:rsidR="0099555F" w:rsidRPr="00697C37">
        <w:rPr>
          <w:rFonts w:ascii="Arial" w:hAnsi="Arial" w:cs="Arial"/>
          <w:sz w:val="20"/>
          <w:szCs w:val="20"/>
        </w:rPr>
        <w:t>The CDSA will issue a written approval or denial of the certificate within 30 days of receiving the application and no later than 60 days from the employee’s date of hire.</w:t>
      </w:r>
    </w:p>
    <w:p w14:paraId="5B49735A" w14:textId="5F655220" w:rsidR="008974F2" w:rsidRPr="00697C37" w:rsidRDefault="008974F2" w:rsidP="00090F4B">
      <w:pPr>
        <w:spacing w:after="120"/>
        <w:rPr>
          <w:rFonts w:ascii="Arial" w:hAnsi="Arial" w:cs="Arial"/>
          <w:sz w:val="20"/>
          <w:szCs w:val="20"/>
        </w:rPr>
      </w:pPr>
      <w:r w:rsidRPr="00697C37">
        <w:rPr>
          <w:rFonts w:ascii="Arial" w:hAnsi="Arial" w:cs="Arial"/>
          <w:sz w:val="20"/>
          <w:szCs w:val="20"/>
        </w:rPr>
        <w:t xml:space="preserve">Detailed instructions are provided at end of this form. </w:t>
      </w:r>
      <w:r w:rsidR="00655DBC" w:rsidRPr="00697C37">
        <w:rPr>
          <w:rFonts w:ascii="Arial" w:hAnsi="Arial" w:cs="Arial"/>
          <w:sz w:val="20"/>
          <w:szCs w:val="20"/>
        </w:rPr>
        <w:t xml:space="preserve">Incomplete forms will not be processed. </w:t>
      </w:r>
      <w:r w:rsidRPr="00697C37">
        <w:rPr>
          <w:rFonts w:ascii="Arial" w:hAnsi="Arial" w:cs="Arial"/>
          <w:sz w:val="20"/>
          <w:szCs w:val="20"/>
        </w:rPr>
        <w:t>Please reach out to the CDSA Director or designee should you and/or your employer have questions about the ITFC process.</w:t>
      </w:r>
    </w:p>
    <w:p w14:paraId="6B1EC329" w14:textId="7FFC6B40" w:rsidR="00514D7B" w:rsidRPr="008974F2" w:rsidRDefault="001B1D64">
      <w:pPr>
        <w:pStyle w:val="Heading2"/>
        <w:rPr>
          <w:rFonts w:ascii="Arial" w:hAnsi="Arial" w:cs="Arial"/>
          <w:sz w:val="24"/>
          <w:szCs w:val="24"/>
        </w:rPr>
      </w:pPr>
      <w:r w:rsidRPr="00697C37">
        <w:rPr>
          <w:rFonts w:ascii="Arial" w:hAnsi="Arial" w:cs="Arial"/>
          <w:sz w:val="24"/>
          <w:szCs w:val="24"/>
        </w:rPr>
        <w:t>Section 1: Early Intervention Service</w:t>
      </w:r>
      <w:r w:rsidR="003769B4" w:rsidRPr="00697C37">
        <w:rPr>
          <w:rFonts w:ascii="Arial" w:hAnsi="Arial" w:cs="Arial"/>
          <w:sz w:val="24"/>
          <w:szCs w:val="24"/>
        </w:rPr>
        <w:t xml:space="preserve"> </w:t>
      </w:r>
      <w:r w:rsidRPr="00697C37">
        <w:rPr>
          <w:rFonts w:ascii="Arial" w:hAnsi="Arial" w:cs="Arial"/>
          <w:sz w:val="24"/>
          <w:szCs w:val="24"/>
        </w:rPr>
        <w:t>to be Provided</w:t>
      </w:r>
      <w:r w:rsidR="003769B4" w:rsidRPr="00697C37">
        <w:rPr>
          <w:rFonts w:ascii="Arial" w:hAnsi="Arial" w:cs="Arial"/>
          <w:sz w:val="24"/>
          <w:szCs w:val="24"/>
        </w:rPr>
        <w:t xml:space="preserve"> by Applicant</w:t>
      </w:r>
    </w:p>
    <w:tbl>
      <w:tblPr>
        <w:tblStyle w:val="TableGrid"/>
        <w:tblW w:w="0" w:type="auto"/>
        <w:tblInd w:w="-95" w:type="dxa"/>
        <w:tblLook w:val="04A0" w:firstRow="1" w:lastRow="0" w:firstColumn="1" w:lastColumn="0" w:noHBand="0" w:noVBand="1"/>
      </w:tblPr>
      <w:tblGrid>
        <w:gridCol w:w="4415"/>
      </w:tblGrid>
      <w:tr w:rsidR="007C1EAD" w:rsidRPr="008974F2" w14:paraId="1C8DC36F" w14:textId="77777777" w:rsidTr="00CD0E7B">
        <w:tc>
          <w:tcPr>
            <w:tcW w:w="4415" w:type="dxa"/>
          </w:tcPr>
          <w:p w14:paraId="1631F535" w14:textId="3ADEA190" w:rsidR="007C1EAD" w:rsidRPr="008974F2" w:rsidRDefault="007C1EAD">
            <w:pPr>
              <w:rPr>
                <w:rFonts w:ascii="Arial" w:hAnsi="Arial" w:cs="Arial"/>
                <w:b/>
                <w:bCs/>
                <w:sz w:val="24"/>
                <w:szCs w:val="24"/>
              </w:rPr>
            </w:pPr>
            <w:r w:rsidRPr="008974F2">
              <w:rPr>
                <w:rFonts w:ascii="Arial" w:hAnsi="Arial" w:cs="Arial"/>
                <w:b/>
                <w:bCs/>
                <w:sz w:val="24"/>
                <w:szCs w:val="24"/>
              </w:rPr>
              <w:t>Service Option</w:t>
            </w:r>
            <w:r w:rsidR="009A0BAD" w:rsidRPr="008974F2">
              <w:rPr>
                <w:rFonts w:ascii="Arial" w:hAnsi="Arial" w:cs="Arial"/>
                <w:b/>
                <w:bCs/>
                <w:sz w:val="24"/>
                <w:szCs w:val="24"/>
              </w:rPr>
              <w:t>s</w:t>
            </w:r>
          </w:p>
        </w:tc>
      </w:tr>
      <w:tr w:rsidR="007C1EAD" w:rsidRPr="008974F2" w14:paraId="52A38020" w14:textId="77777777" w:rsidTr="00CD0E7B">
        <w:tc>
          <w:tcPr>
            <w:tcW w:w="4415" w:type="dxa"/>
          </w:tcPr>
          <w:p w14:paraId="058F4754" w14:textId="1FE8920D" w:rsidR="007C1EAD" w:rsidRPr="008974F2" w:rsidRDefault="00C90BCA">
            <w:pPr>
              <w:rPr>
                <w:rFonts w:ascii="Arial" w:hAnsi="Arial" w:cs="Arial"/>
              </w:rPr>
            </w:pPr>
            <w:sdt>
              <w:sdtPr>
                <w:rPr>
                  <w:rFonts w:ascii="Segoe UI Symbol" w:hAnsi="Segoe UI Symbol" w:cs="Segoe UI Symbol"/>
                </w:rPr>
                <w:id w:val="1467239058"/>
                <w14:checkbox>
                  <w14:checked w14:val="0"/>
                  <w14:checkedState w14:val="2612" w14:font="MS Gothic"/>
                  <w14:uncheckedState w14:val="2610" w14:font="MS Gothic"/>
                </w14:checkbox>
              </w:sdtPr>
              <w:sdtEndPr/>
              <w:sdtContent>
                <w:r w:rsidR="00F73628">
                  <w:rPr>
                    <w:rFonts w:ascii="MS Gothic" w:eastAsia="MS Gothic" w:hAnsi="MS Gothic" w:cs="Segoe UI Symbol" w:hint="eastAsia"/>
                  </w:rPr>
                  <w:t>☐</w:t>
                </w:r>
              </w:sdtContent>
            </w:sdt>
            <w:r w:rsidR="007C1EAD" w:rsidRPr="008974F2">
              <w:rPr>
                <w:rFonts w:ascii="Arial" w:hAnsi="Arial" w:cs="Arial"/>
              </w:rPr>
              <w:t xml:space="preserve"> Early Intervention Service Coordination</w:t>
            </w:r>
          </w:p>
        </w:tc>
      </w:tr>
      <w:tr w:rsidR="007C1EAD" w:rsidRPr="008974F2" w14:paraId="458D7FAB" w14:textId="77777777" w:rsidTr="00CD0E7B">
        <w:tc>
          <w:tcPr>
            <w:tcW w:w="4415" w:type="dxa"/>
          </w:tcPr>
          <w:p w14:paraId="65772B62" w14:textId="4B349AD3" w:rsidR="007C1EAD" w:rsidRPr="008974F2" w:rsidRDefault="00C90BCA">
            <w:pPr>
              <w:rPr>
                <w:rFonts w:ascii="Arial" w:hAnsi="Arial" w:cs="Arial"/>
              </w:rPr>
            </w:pPr>
            <w:sdt>
              <w:sdtPr>
                <w:rPr>
                  <w:rFonts w:ascii="Segoe UI Symbol" w:hAnsi="Segoe UI Symbol" w:cs="Segoe UI Symbol"/>
                </w:rPr>
                <w:id w:val="164522019"/>
                <w14:checkbox>
                  <w14:checked w14:val="0"/>
                  <w14:checkedState w14:val="2612" w14:font="MS Gothic"/>
                  <w14:uncheckedState w14:val="2610" w14:font="MS Gothic"/>
                </w14:checkbox>
              </w:sdtPr>
              <w:sdtEndPr/>
              <w:sdtContent>
                <w:r w:rsidR="00667CED">
                  <w:rPr>
                    <w:rFonts w:ascii="MS Gothic" w:eastAsia="MS Gothic" w:hAnsi="MS Gothic" w:cs="Segoe UI Symbol" w:hint="eastAsia"/>
                  </w:rPr>
                  <w:t>☐</w:t>
                </w:r>
              </w:sdtContent>
            </w:sdt>
            <w:r w:rsidR="007C1EAD" w:rsidRPr="008974F2">
              <w:rPr>
                <w:rFonts w:ascii="Arial" w:hAnsi="Arial" w:cs="Arial"/>
              </w:rPr>
              <w:t xml:space="preserve"> Special Instruction</w:t>
            </w:r>
          </w:p>
        </w:tc>
      </w:tr>
    </w:tbl>
    <w:p w14:paraId="6067AEF1" w14:textId="77777777" w:rsidR="00514D7B" w:rsidRPr="008974F2" w:rsidRDefault="001B1D64">
      <w:pPr>
        <w:pStyle w:val="Heading2"/>
        <w:rPr>
          <w:rFonts w:ascii="Arial" w:hAnsi="Arial" w:cs="Arial"/>
          <w:sz w:val="24"/>
          <w:szCs w:val="24"/>
        </w:rPr>
      </w:pPr>
      <w:r w:rsidRPr="008974F2">
        <w:rPr>
          <w:rFonts w:ascii="Arial" w:hAnsi="Arial" w:cs="Arial"/>
          <w:sz w:val="24"/>
          <w:szCs w:val="24"/>
        </w:rPr>
        <w:t>Section 2: Applicant’s Information</w:t>
      </w:r>
    </w:p>
    <w:tbl>
      <w:tblPr>
        <w:tblStyle w:val="TableGrid"/>
        <w:tblW w:w="0" w:type="auto"/>
        <w:tblInd w:w="-113" w:type="dxa"/>
        <w:tblLook w:val="04A0" w:firstRow="1" w:lastRow="0" w:firstColumn="1" w:lastColumn="0" w:noHBand="0" w:noVBand="1"/>
      </w:tblPr>
      <w:tblGrid>
        <w:gridCol w:w="4428"/>
        <w:gridCol w:w="6362"/>
      </w:tblGrid>
      <w:tr w:rsidR="00514D7B" w:rsidRPr="008974F2" w14:paraId="2920AD12" w14:textId="77777777" w:rsidTr="006B32CC">
        <w:tc>
          <w:tcPr>
            <w:tcW w:w="4428" w:type="dxa"/>
          </w:tcPr>
          <w:p w14:paraId="536FF03A" w14:textId="77777777"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Full Name</w:t>
            </w:r>
          </w:p>
          <w:p w14:paraId="04AF3C01" w14:textId="2C90345B" w:rsidR="001057EF" w:rsidRPr="002F7516" w:rsidRDefault="001057EF" w:rsidP="002F7516">
            <w:pPr>
              <w:ind w:left="360"/>
              <w:rPr>
                <w:rFonts w:ascii="Arial" w:hAnsi="Arial" w:cs="Arial"/>
                <w:sz w:val="20"/>
                <w:szCs w:val="20"/>
              </w:rPr>
            </w:pPr>
            <w:r w:rsidRPr="002F7516">
              <w:rPr>
                <w:rFonts w:ascii="Arial" w:hAnsi="Arial" w:cs="Arial"/>
                <w:i/>
                <w:sz w:val="20"/>
                <w:szCs w:val="20"/>
                <w:u w:val="single"/>
              </w:rPr>
              <w:t xml:space="preserve">(Example: </w:t>
            </w:r>
            <w:r w:rsidR="005518EA">
              <w:rPr>
                <w:rFonts w:ascii="Arial" w:hAnsi="Arial" w:cs="Arial"/>
                <w:i/>
                <w:sz w:val="20"/>
                <w:szCs w:val="20"/>
                <w:u w:val="single"/>
              </w:rPr>
              <w:t>Minnie</w:t>
            </w:r>
            <w:r w:rsidRPr="002F7516">
              <w:rPr>
                <w:rFonts w:ascii="Arial" w:hAnsi="Arial" w:cs="Arial"/>
                <w:i/>
                <w:sz w:val="20"/>
                <w:szCs w:val="20"/>
                <w:u w:val="single"/>
              </w:rPr>
              <w:t xml:space="preserve"> Smith </w:t>
            </w:r>
            <w:r w:rsidR="005518EA">
              <w:rPr>
                <w:rFonts w:ascii="Arial" w:hAnsi="Arial" w:cs="Arial"/>
                <w:i/>
                <w:sz w:val="20"/>
                <w:szCs w:val="20"/>
                <w:u w:val="single"/>
              </w:rPr>
              <w:t>Mouse</w:t>
            </w:r>
            <w:r w:rsidRPr="002F7516">
              <w:rPr>
                <w:rFonts w:ascii="Arial" w:hAnsi="Arial" w:cs="Arial"/>
                <w:i/>
                <w:sz w:val="20"/>
                <w:szCs w:val="20"/>
                <w:u w:val="single"/>
              </w:rPr>
              <w:t>)</w:t>
            </w:r>
          </w:p>
        </w:tc>
        <w:tc>
          <w:tcPr>
            <w:tcW w:w="6362" w:type="dxa"/>
          </w:tcPr>
          <w:p w14:paraId="1459EAE9" w14:textId="505595BB" w:rsidR="007C1EAD" w:rsidRPr="008974F2" w:rsidRDefault="007C1EAD">
            <w:pPr>
              <w:rPr>
                <w:rFonts w:ascii="Arial" w:hAnsi="Arial" w:cs="Arial"/>
                <w:iCs/>
                <w:sz w:val="24"/>
                <w:szCs w:val="24"/>
              </w:rPr>
            </w:pPr>
            <w:r w:rsidRPr="008974F2">
              <w:rPr>
                <w:rFonts w:ascii="Arial" w:hAnsi="Arial" w:cs="Arial"/>
                <w:iCs/>
                <w:sz w:val="24"/>
                <w:szCs w:val="24"/>
              </w:rPr>
              <w:fldChar w:fldCharType="begin">
                <w:ffData>
                  <w:name w:val="Text1"/>
                  <w:enabled/>
                  <w:calcOnExit w:val="0"/>
                  <w:textInput/>
                </w:ffData>
              </w:fldChar>
            </w:r>
            <w:bookmarkStart w:id="0" w:name="Text1"/>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bookmarkEnd w:id="0"/>
          </w:p>
          <w:p w14:paraId="519DADC8" w14:textId="5EE52809" w:rsidR="00514D7B" w:rsidRPr="008974F2" w:rsidRDefault="00514D7B">
            <w:pPr>
              <w:rPr>
                <w:rFonts w:ascii="Arial" w:hAnsi="Arial" w:cs="Arial"/>
                <w:sz w:val="24"/>
                <w:szCs w:val="24"/>
              </w:rPr>
            </w:pPr>
          </w:p>
        </w:tc>
      </w:tr>
      <w:tr w:rsidR="00514D7B" w:rsidRPr="008974F2" w14:paraId="3CBB6157" w14:textId="77777777" w:rsidTr="006B32CC">
        <w:tc>
          <w:tcPr>
            <w:tcW w:w="4428" w:type="dxa"/>
          </w:tcPr>
          <w:p w14:paraId="120980CB" w14:textId="77777777" w:rsidR="00514D7B" w:rsidRPr="00F46B06" w:rsidRDefault="001B1D64" w:rsidP="00CE6CA7">
            <w:pPr>
              <w:pStyle w:val="ListParagraph"/>
              <w:numPr>
                <w:ilvl w:val="0"/>
                <w:numId w:val="22"/>
              </w:numPr>
              <w:rPr>
                <w:rFonts w:ascii="Arial" w:hAnsi="Arial" w:cs="Arial"/>
              </w:rPr>
            </w:pPr>
            <w:r w:rsidRPr="00F46B06">
              <w:rPr>
                <w:rFonts w:ascii="Arial" w:hAnsi="Arial" w:cs="Arial"/>
                <w:b/>
                <w:bCs/>
              </w:rPr>
              <w:t xml:space="preserve">Maiden </w:t>
            </w:r>
            <w:r w:rsidRPr="00784AED">
              <w:rPr>
                <w:rFonts w:ascii="Arial" w:hAnsi="Arial" w:cs="Arial"/>
                <w:b/>
                <w:bCs/>
              </w:rPr>
              <w:t>Name</w:t>
            </w:r>
            <w:r w:rsidRPr="00F46B06">
              <w:rPr>
                <w:rFonts w:ascii="Arial" w:hAnsi="Arial" w:cs="Arial"/>
              </w:rPr>
              <w:t xml:space="preserve"> (if applicable)</w:t>
            </w:r>
          </w:p>
          <w:p w14:paraId="659C5617" w14:textId="1B128F2F" w:rsidR="001057EF" w:rsidRPr="002F7516" w:rsidRDefault="001057EF" w:rsidP="002F7516">
            <w:pPr>
              <w:ind w:left="360"/>
              <w:rPr>
                <w:rFonts w:ascii="Arial" w:hAnsi="Arial" w:cs="Arial"/>
                <w:sz w:val="20"/>
                <w:szCs w:val="20"/>
              </w:rPr>
            </w:pPr>
            <w:r w:rsidRPr="002F7516">
              <w:rPr>
                <w:rFonts w:ascii="Arial" w:hAnsi="Arial" w:cs="Arial"/>
                <w:i/>
                <w:sz w:val="20"/>
                <w:szCs w:val="20"/>
                <w:u w:val="single"/>
              </w:rPr>
              <w:t xml:space="preserve">(Example: </w:t>
            </w:r>
            <w:r w:rsidR="005518EA">
              <w:rPr>
                <w:rFonts w:ascii="Arial" w:hAnsi="Arial" w:cs="Arial"/>
                <w:i/>
                <w:sz w:val="20"/>
                <w:szCs w:val="20"/>
                <w:u w:val="single"/>
              </w:rPr>
              <w:t>Minnie</w:t>
            </w:r>
            <w:r w:rsidRPr="002F7516">
              <w:rPr>
                <w:rFonts w:ascii="Arial" w:hAnsi="Arial" w:cs="Arial"/>
                <w:i/>
                <w:sz w:val="20"/>
                <w:szCs w:val="20"/>
                <w:u w:val="single"/>
              </w:rPr>
              <w:t xml:space="preserve"> Anne Smith)</w:t>
            </w:r>
          </w:p>
        </w:tc>
        <w:tc>
          <w:tcPr>
            <w:tcW w:w="6362" w:type="dxa"/>
          </w:tcPr>
          <w:p w14:paraId="6A38791A" w14:textId="7A69D9E8" w:rsidR="007C1EAD" w:rsidRPr="008974F2" w:rsidRDefault="007C1EAD">
            <w:pPr>
              <w:rPr>
                <w:rFonts w:ascii="Arial" w:hAnsi="Arial" w:cs="Arial"/>
                <w:iCs/>
                <w:sz w:val="24"/>
                <w:szCs w:val="24"/>
              </w:rPr>
            </w:pPr>
            <w:r w:rsidRPr="008974F2">
              <w:rPr>
                <w:rFonts w:ascii="Arial" w:hAnsi="Arial" w:cs="Arial"/>
                <w:iCs/>
                <w:sz w:val="24"/>
                <w:szCs w:val="24"/>
              </w:rPr>
              <w:fldChar w:fldCharType="begin">
                <w:ffData>
                  <w:name w:val="Text2"/>
                  <w:enabled/>
                  <w:calcOnExit w:val="0"/>
                  <w:textInput/>
                </w:ffData>
              </w:fldChar>
            </w:r>
            <w:bookmarkStart w:id="1" w:name="Text2"/>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bookmarkEnd w:id="1"/>
          </w:p>
          <w:p w14:paraId="399FA64B" w14:textId="38975360" w:rsidR="00514D7B" w:rsidRPr="008974F2" w:rsidRDefault="00514D7B">
            <w:pPr>
              <w:rPr>
                <w:rFonts w:ascii="Arial" w:hAnsi="Arial" w:cs="Arial"/>
                <w:sz w:val="24"/>
                <w:szCs w:val="24"/>
              </w:rPr>
            </w:pPr>
          </w:p>
        </w:tc>
      </w:tr>
      <w:tr w:rsidR="00514D7B" w:rsidRPr="008974F2" w14:paraId="2109BAF8" w14:textId="77777777" w:rsidTr="006B32CC">
        <w:tc>
          <w:tcPr>
            <w:tcW w:w="4428" w:type="dxa"/>
          </w:tcPr>
          <w:p w14:paraId="2BFADE68" w14:textId="77777777"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Home Mailing Address</w:t>
            </w:r>
          </w:p>
          <w:p w14:paraId="4EF9CA62" w14:textId="77777777" w:rsidR="008974F2" w:rsidRPr="002F7516" w:rsidRDefault="001057EF" w:rsidP="002F7516">
            <w:pPr>
              <w:ind w:left="360"/>
              <w:rPr>
                <w:rFonts w:ascii="Arial" w:hAnsi="Arial" w:cs="Arial"/>
                <w:i/>
                <w:sz w:val="20"/>
                <w:szCs w:val="20"/>
                <w:u w:val="single"/>
              </w:rPr>
            </w:pPr>
            <w:r w:rsidRPr="002F7516">
              <w:rPr>
                <w:rFonts w:ascii="Arial" w:hAnsi="Arial" w:cs="Arial"/>
                <w:i/>
                <w:sz w:val="20"/>
                <w:szCs w:val="20"/>
                <w:u w:val="single"/>
              </w:rPr>
              <w:t>(Example: 123 Main St</w:t>
            </w:r>
            <w:r w:rsidR="008974F2" w:rsidRPr="002F7516">
              <w:rPr>
                <w:rFonts w:ascii="Arial" w:hAnsi="Arial" w:cs="Arial"/>
                <w:i/>
                <w:sz w:val="20"/>
                <w:szCs w:val="20"/>
                <w:u w:val="single"/>
              </w:rPr>
              <w:t>reet</w:t>
            </w:r>
            <w:r w:rsidRPr="002F7516">
              <w:rPr>
                <w:rFonts w:ascii="Arial" w:hAnsi="Arial" w:cs="Arial"/>
                <w:i/>
                <w:sz w:val="20"/>
                <w:szCs w:val="20"/>
                <w:u w:val="single"/>
              </w:rPr>
              <w:t xml:space="preserve">, </w:t>
            </w:r>
          </w:p>
          <w:p w14:paraId="7B921521" w14:textId="60B83489" w:rsidR="001057EF" w:rsidRPr="008974F2" w:rsidRDefault="00CF3B52" w:rsidP="002F7516">
            <w:pPr>
              <w:pStyle w:val="ListParagraph"/>
              <w:ind w:left="360"/>
              <w:rPr>
                <w:rFonts w:ascii="Arial" w:hAnsi="Arial" w:cs="Arial"/>
                <w:sz w:val="20"/>
                <w:szCs w:val="20"/>
              </w:rPr>
            </w:pPr>
            <w:r>
              <w:rPr>
                <w:rFonts w:ascii="Arial" w:hAnsi="Arial" w:cs="Arial"/>
                <w:i/>
                <w:sz w:val="20"/>
                <w:szCs w:val="20"/>
                <w:u w:val="single"/>
              </w:rPr>
              <w:t>Sandhills</w:t>
            </w:r>
            <w:r w:rsidR="001057EF" w:rsidRPr="008974F2">
              <w:rPr>
                <w:rFonts w:ascii="Arial" w:hAnsi="Arial" w:cs="Arial"/>
                <w:i/>
                <w:sz w:val="20"/>
                <w:szCs w:val="20"/>
                <w:u w:val="single"/>
              </w:rPr>
              <w:t>, NC 27834)</w:t>
            </w:r>
          </w:p>
        </w:tc>
        <w:tc>
          <w:tcPr>
            <w:tcW w:w="6362" w:type="dxa"/>
          </w:tcPr>
          <w:p w14:paraId="37F929E7" w14:textId="62A44FB5" w:rsidR="007C1EAD" w:rsidRPr="008974F2" w:rsidRDefault="007C1EAD" w:rsidP="003E16F6">
            <w:pPr>
              <w:rPr>
                <w:rFonts w:ascii="Arial" w:hAnsi="Arial" w:cs="Arial"/>
                <w:iCs/>
                <w:sz w:val="24"/>
                <w:szCs w:val="24"/>
              </w:rPr>
            </w:pPr>
            <w:r w:rsidRPr="008974F2">
              <w:rPr>
                <w:rFonts w:ascii="Arial" w:hAnsi="Arial" w:cs="Arial"/>
                <w:iCs/>
                <w:sz w:val="24"/>
                <w:szCs w:val="24"/>
              </w:rPr>
              <w:fldChar w:fldCharType="begin">
                <w:ffData>
                  <w:name w:val="Text2"/>
                  <w:enabled/>
                  <w:calcOnExit w:val="0"/>
                  <w:textInput/>
                </w:ffData>
              </w:fldChar>
            </w:r>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p>
          <w:p w14:paraId="2E417A9E" w14:textId="6496A20C" w:rsidR="00514D7B" w:rsidRPr="008974F2" w:rsidRDefault="00514D7B">
            <w:pPr>
              <w:rPr>
                <w:rFonts w:ascii="Arial" w:hAnsi="Arial" w:cs="Arial"/>
                <w:sz w:val="24"/>
                <w:szCs w:val="24"/>
              </w:rPr>
            </w:pPr>
          </w:p>
        </w:tc>
      </w:tr>
      <w:tr w:rsidR="00514D7B" w:rsidRPr="008974F2" w14:paraId="61EE8FDF" w14:textId="77777777" w:rsidTr="006B32CC">
        <w:tc>
          <w:tcPr>
            <w:tcW w:w="4428" w:type="dxa"/>
          </w:tcPr>
          <w:p w14:paraId="2A7B3A0D" w14:textId="77777777"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Contact Phone (with area code)</w:t>
            </w:r>
          </w:p>
          <w:p w14:paraId="0D567F15" w14:textId="546EC16A" w:rsidR="001057EF" w:rsidRPr="008974F2" w:rsidRDefault="001057EF" w:rsidP="002F7516">
            <w:pPr>
              <w:pStyle w:val="ListParagraph"/>
              <w:ind w:left="360"/>
              <w:rPr>
                <w:rFonts w:ascii="Arial" w:hAnsi="Arial" w:cs="Arial"/>
                <w:sz w:val="20"/>
                <w:szCs w:val="20"/>
              </w:rPr>
            </w:pPr>
            <w:r w:rsidRPr="008974F2">
              <w:rPr>
                <w:rFonts w:ascii="Arial" w:hAnsi="Arial" w:cs="Arial"/>
                <w:i/>
                <w:sz w:val="20"/>
                <w:szCs w:val="20"/>
                <w:u w:val="single"/>
              </w:rPr>
              <w:t>(Example: 910-123-6789)</w:t>
            </w:r>
          </w:p>
        </w:tc>
        <w:tc>
          <w:tcPr>
            <w:tcW w:w="6362" w:type="dxa"/>
          </w:tcPr>
          <w:p w14:paraId="6A8829EC" w14:textId="3D059610" w:rsidR="009608FC" w:rsidRPr="008974F2" w:rsidRDefault="007C1EAD">
            <w:pPr>
              <w:rPr>
                <w:rFonts w:ascii="Arial" w:hAnsi="Arial" w:cs="Arial"/>
                <w:iCs/>
                <w:sz w:val="24"/>
                <w:szCs w:val="24"/>
              </w:rPr>
            </w:pPr>
            <w:r w:rsidRPr="008974F2">
              <w:rPr>
                <w:rFonts w:ascii="Arial" w:hAnsi="Arial" w:cs="Arial"/>
                <w:iCs/>
                <w:sz w:val="24"/>
                <w:szCs w:val="24"/>
              </w:rPr>
              <w:fldChar w:fldCharType="begin">
                <w:ffData>
                  <w:name w:val="Text2"/>
                  <w:enabled/>
                  <w:calcOnExit w:val="0"/>
                  <w:textInput/>
                </w:ffData>
              </w:fldChar>
            </w:r>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p>
          <w:p w14:paraId="4A560AF1" w14:textId="71000831" w:rsidR="00514D7B" w:rsidRPr="008974F2" w:rsidRDefault="00514D7B">
            <w:pPr>
              <w:rPr>
                <w:rFonts w:ascii="Arial" w:hAnsi="Arial" w:cs="Arial"/>
                <w:sz w:val="24"/>
                <w:szCs w:val="24"/>
              </w:rPr>
            </w:pPr>
          </w:p>
        </w:tc>
      </w:tr>
      <w:tr w:rsidR="00514D7B" w:rsidRPr="008974F2" w14:paraId="223C90CE" w14:textId="77777777" w:rsidTr="006B32CC">
        <w:tc>
          <w:tcPr>
            <w:tcW w:w="4428" w:type="dxa"/>
          </w:tcPr>
          <w:p w14:paraId="7615280E" w14:textId="77777777"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Email Address</w:t>
            </w:r>
          </w:p>
          <w:p w14:paraId="1812536D" w14:textId="24AE8677" w:rsidR="001057EF" w:rsidRPr="008974F2" w:rsidRDefault="001057EF" w:rsidP="002F7516">
            <w:pPr>
              <w:pStyle w:val="ListParagraph"/>
              <w:ind w:left="360"/>
              <w:rPr>
                <w:rFonts w:ascii="Arial" w:hAnsi="Arial" w:cs="Arial"/>
                <w:sz w:val="20"/>
                <w:szCs w:val="20"/>
              </w:rPr>
            </w:pPr>
            <w:r w:rsidRPr="008974F2">
              <w:rPr>
                <w:rFonts w:ascii="Arial" w:hAnsi="Arial" w:cs="Arial"/>
                <w:i/>
                <w:sz w:val="20"/>
                <w:szCs w:val="20"/>
                <w:u w:val="single"/>
              </w:rPr>
              <w:t>(Example: ECEducator1@Mymail.com)</w:t>
            </w:r>
          </w:p>
        </w:tc>
        <w:tc>
          <w:tcPr>
            <w:tcW w:w="6362" w:type="dxa"/>
          </w:tcPr>
          <w:p w14:paraId="770C7A28" w14:textId="2835A9CE" w:rsidR="007C1EAD" w:rsidRPr="008974F2" w:rsidRDefault="007C1EAD" w:rsidP="007C1EAD">
            <w:pPr>
              <w:rPr>
                <w:rFonts w:ascii="Arial" w:hAnsi="Arial" w:cs="Arial"/>
                <w:iCs/>
                <w:sz w:val="24"/>
                <w:szCs w:val="24"/>
              </w:rPr>
            </w:pPr>
            <w:r w:rsidRPr="008974F2">
              <w:rPr>
                <w:rFonts w:ascii="Arial" w:hAnsi="Arial" w:cs="Arial"/>
                <w:iCs/>
                <w:sz w:val="24"/>
                <w:szCs w:val="24"/>
              </w:rPr>
              <w:fldChar w:fldCharType="begin">
                <w:ffData>
                  <w:name w:val="Text2"/>
                  <w:enabled/>
                  <w:calcOnExit w:val="0"/>
                  <w:textInput/>
                </w:ffData>
              </w:fldChar>
            </w:r>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p>
          <w:p w14:paraId="12174847" w14:textId="030ADBAB" w:rsidR="00514D7B" w:rsidRPr="008974F2" w:rsidRDefault="00514D7B">
            <w:pPr>
              <w:rPr>
                <w:rFonts w:ascii="Arial" w:hAnsi="Arial" w:cs="Arial"/>
                <w:sz w:val="24"/>
                <w:szCs w:val="24"/>
              </w:rPr>
            </w:pPr>
          </w:p>
        </w:tc>
      </w:tr>
      <w:tr w:rsidR="00514D7B" w:rsidRPr="008974F2" w14:paraId="6A69EF65" w14:textId="77777777" w:rsidTr="006B32CC">
        <w:tc>
          <w:tcPr>
            <w:tcW w:w="4428" w:type="dxa"/>
          </w:tcPr>
          <w:p w14:paraId="256EEE43" w14:textId="29CEBC30"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 xml:space="preserve">Name of </w:t>
            </w:r>
            <w:r w:rsidR="006B32CC" w:rsidRPr="00F46B06">
              <w:rPr>
                <w:rFonts w:ascii="Arial" w:hAnsi="Arial" w:cs="Arial"/>
                <w:b/>
                <w:bCs/>
              </w:rPr>
              <w:t>Applicant’s</w:t>
            </w:r>
            <w:r w:rsidRPr="00F46B06">
              <w:rPr>
                <w:rFonts w:ascii="Arial" w:hAnsi="Arial" w:cs="Arial"/>
                <w:b/>
                <w:bCs/>
              </w:rPr>
              <w:t xml:space="preserve"> Employer</w:t>
            </w:r>
          </w:p>
          <w:p w14:paraId="088BED7B" w14:textId="2BB73671" w:rsidR="001057EF" w:rsidRPr="008974F2" w:rsidRDefault="001057EF" w:rsidP="002F7516">
            <w:pPr>
              <w:pStyle w:val="ListParagraph"/>
              <w:ind w:left="360"/>
              <w:rPr>
                <w:rFonts w:ascii="Arial" w:hAnsi="Arial" w:cs="Arial"/>
                <w:sz w:val="20"/>
                <w:szCs w:val="20"/>
              </w:rPr>
            </w:pPr>
            <w:r w:rsidRPr="008974F2">
              <w:rPr>
                <w:rFonts w:ascii="Arial" w:hAnsi="Arial" w:cs="Arial"/>
                <w:i/>
                <w:sz w:val="20"/>
                <w:szCs w:val="20"/>
                <w:u w:val="single"/>
              </w:rPr>
              <w:t>(Example: ABC Early Childhood Services)</w:t>
            </w:r>
          </w:p>
        </w:tc>
        <w:tc>
          <w:tcPr>
            <w:tcW w:w="6362" w:type="dxa"/>
          </w:tcPr>
          <w:p w14:paraId="17AF98CA" w14:textId="3B036CC4" w:rsidR="007C1EAD" w:rsidRPr="008974F2" w:rsidRDefault="007C1EAD" w:rsidP="007C1EAD">
            <w:pPr>
              <w:rPr>
                <w:rFonts w:ascii="Arial" w:hAnsi="Arial" w:cs="Arial"/>
                <w:iCs/>
                <w:sz w:val="24"/>
                <w:szCs w:val="24"/>
              </w:rPr>
            </w:pPr>
            <w:r w:rsidRPr="008974F2">
              <w:rPr>
                <w:rFonts w:ascii="Arial" w:hAnsi="Arial" w:cs="Arial"/>
                <w:iCs/>
                <w:sz w:val="24"/>
                <w:szCs w:val="24"/>
              </w:rPr>
              <w:fldChar w:fldCharType="begin">
                <w:ffData>
                  <w:name w:val="Text2"/>
                  <w:enabled/>
                  <w:calcOnExit w:val="0"/>
                  <w:textInput/>
                </w:ffData>
              </w:fldChar>
            </w:r>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p>
          <w:p w14:paraId="7B223576" w14:textId="1D955D13" w:rsidR="00514D7B" w:rsidRPr="008974F2" w:rsidRDefault="00514D7B">
            <w:pPr>
              <w:rPr>
                <w:rFonts w:ascii="Arial" w:hAnsi="Arial" w:cs="Arial"/>
                <w:sz w:val="24"/>
                <w:szCs w:val="24"/>
              </w:rPr>
            </w:pPr>
          </w:p>
        </w:tc>
      </w:tr>
      <w:tr w:rsidR="00514D7B" w:rsidRPr="008974F2" w14:paraId="2380FE0F" w14:textId="77777777" w:rsidTr="006B32CC">
        <w:tc>
          <w:tcPr>
            <w:tcW w:w="4428" w:type="dxa"/>
          </w:tcPr>
          <w:p w14:paraId="0B641DAC" w14:textId="77777777"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Employer’s Mailing Address</w:t>
            </w:r>
          </w:p>
          <w:p w14:paraId="13B6F430" w14:textId="13F5BF98" w:rsidR="006B32CC" w:rsidRPr="00F6224B" w:rsidRDefault="001057EF" w:rsidP="002F7516">
            <w:pPr>
              <w:pStyle w:val="ListParagraph"/>
              <w:ind w:left="360"/>
              <w:rPr>
                <w:rFonts w:ascii="Arial" w:hAnsi="Arial" w:cs="Arial"/>
                <w:i/>
                <w:sz w:val="20"/>
                <w:szCs w:val="20"/>
                <w:u w:val="single"/>
              </w:rPr>
            </w:pPr>
            <w:r w:rsidRPr="008974F2">
              <w:rPr>
                <w:rFonts w:ascii="Arial" w:hAnsi="Arial" w:cs="Arial"/>
                <w:i/>
                <w:sz w:val="20"/>
                <w:szCs w:val="20"/>
                <w:u w:val="single"/>
              </w:rPr>
              <w:t xml:space="preserve">(Example: </w:t>
            </w:r>
            <w:r w:rsidR="006B32CC" w:rsidRPr="00F6224B">
              <w:rPr>
                <w:rFonts w:ascii="Arial" w:hAnsi="Arial" w:cs="Arial"/>
                <w:i/>
                <w:sz w:val="20"/>
                <w:szCs w:val="20"/>
                <w:u w:val="single"/>
              </w:rPr>
              <w:t xml:space="preserve">ABC Early Childhood Services </w:t>
            </w:r>
          </w:p>
          <w:p w14:paraId="76575F54" w14:textId="77777777" w:rsidR="008974F2" w:rsidRDefault="001057EF" w:rsidP="004E70BE">
            <w:pPr>
              <w:pStyle w:val="ListParagraph"/>
              <w:ind w:left="360"/>
              <w:rPr>
                <w:rFonts w:ascii="Arial" w:hAnsi="Arial" w:cs="Arial"/>
                <w:i/>
                <w:sz w:val="20"/>
                <w:szCs w:val="20"/>
                <w:u w:val="single"/>
              </w:rPr>
            </w:pPr>
            <w:r w:rsidRPr="008974F2">
              <w:rPr>
                <w:rFonts w:ascii="Arial" w:hAnsi="Arial" w:cs="Arial"/>
                <w:i/>
                <w:sz w:val="20"/>
                <w:szCs w:val="20"/>
                <w:u w:val="single"/>
              </w:rPr>
              <w:t>456 Deer St</w:t>
            </w:r>
            <w:r w:rsidR="008974F2">
              <w:rPr>
                <w:rFonts w:ascii="Arial" w:hAnsi="Arial" w:cs="Arial"/>
                <w:i/>
                <w:sz w:val="20"/>
                <w:szCs w:val="20"/>
                <w:u w:val="single"/>
              </w:rPr>
              <w:t>reet</w:t>
            </w:r>
            <w:r w:rsidRPr="008974F2">
              <w:rPr>
                <w:rFonts w:ascii="Arial" w:hAnsi="Arial" w:cs="Arial"/>
                <w:i/>
                <w:sz w:val="20"/>
                <w:szCs w:val="20"/>
                <w:u w:val="single"/>
              </w:rPr>
              <w:t xml:space="preserve">, </w:t>
            </w:r>
          </w:p>
          <w:p w14:paraId="7D11D585" w14:textId="29979657" w:rsidR="001057EF" w:rsidRPr="008974F2" w:rsidRDefault="00CF3B52" w:rsidP="004E70BE">
            <w:pPr>
              <w:pStyle w:val="ListParagraph"/>
              <w:ind w:left="360"/>
              <w:rPr>
                <w:rFonts w:ascii="Arial" w:hAnsi="Arial" w:cs="Arial"/>
                <w:sz w:val="24"/>
                <w:szCs w:val="24"/>
              </w:rPr>
            </w:pPr>
            <w:r>
              <w:rPr>
                <w:rFonts w:ascii="Arial" w:hAnsi="Arial" w:cs="Arial"/>
                <w:i/>
                <w:sz w:val="20"/>
                <w:szCs w:val="20"/>
                <w:u w:val="single"/>
              </w:rPr>
              <w:t>Sandhills</w:t>
            </w:r>
            <w:r w:rsidR="001057EF" w:rsidRPr="008974F2">
              <w:rPr>
                <w:rFonts w:ascii="Arial" w:hAnsi="Arial" w:cs="Arial"/>
                <w:i/>
                <w:sz w:val="20"/>
                <w:szCs w:val="20"/>
                <w:u w:val="single"/>
              </w:rPr>
              <w:t>, NC 27834)</w:t>
            </w:r>
          </w:p>
        </w:tc>
        <w:tc>
          <w:tcPr>
            <w:tcW w:w="6362" w:type="dxa"/>
          </w:tcPr>
          <w:p w14:paraId="46722A3A" w14:textId="2DD9BD95" w:rsidR="007C1EAD" w:rsidRPr="008974F2" w:rsidRDefault="007C1EAD" w:rsidP="007C1EAD">
            <w:pPr>
              <w:rPr>
                <w:rFonts w:ascii="Arial" w:hAnsi="Arial" w:cs="Arial"/>
                <w:iCs/>
                <w:sz w:val="24"/>
                <w:szCs w:val="24"/>
              </w:rPr>
            </w:pPr>
            <w:r w:rsidRPr="008974F2">
              <w:rPr>
                <w:rFonts w:ascii="Arial" w:hAnsi="Arial" w:cs="Arial"/>
                <w:iCs/>
                <w:sz w:val="24"/>
                <w:szCs w:val="24"/>
              </w:rPr>
              <w:fldChar w:fldCharType="begin">
                <w:ffData>
                  <w:name w:val="Text2"/>
                  <w:enabled/>
                  <w:calcOnExit w:val="0"/>
                  <w:textInput/>
                </w:ffData>
              </w:fldChar>
            </w:r>
            <w:r w:rsidRPr="008974F2">
              <w:rPr>
                <w:rFonts w:ascii="Arial" w:hAnsi="Arial" w:cs="Arial"/>
                <w:iCs/>
                <w:sz w:val="24"/>
                <w:szCs w:val="24"/>
              </w:rPr>
              <w:instrText xml:space="preserve"> FORMTEXT </w:instrText>
            </w:r>
            <w:r w:rsidRPr="008974F2">
              <w:rPr>
                <w:rFonts w:ascii="Arial" w:hAnsi="Arial" w:cs="Arial"/>
                <w:iCs/>
                <w:sz w:val="24"/>
                <w:szCs w:val="24"/>
              </w:rPr>
            </w:r>
            <w:r w:rsidRPr="008974F2">
              <w:rPr>
                <w:rFonts w:ascii="Arial" w:hAnsi="Arial" w:cs="Arial"/>
                <w:iCs/>
                <w:sz w:val="24"/>
                <w:szCs w:val="24"/>
              </w:rPr>
              <w:fldChar w:fldCharType="separate"/>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003E16F6">
              <w:rPr>
                <w:rFonts w:ascii="Arial" w:hAnsi="Arial" w:cs="Arial"/>
                <w:iCs/>
                <w:sz w:val="24"/>
                <w:szCs w:val="24"/>
              </w:rPr>
              <w:t> </w:t>
            </w:r>
            <w:r w:rsidRPr="008974F2">
              <w:rPr>
                <w:rFonts w:ascii="Arial" w:hAnsi="Arial" w:cs="Arial"/>
                <w:iCs/>
                <w:sz w:val="24"/>
                <w:szCs w:val="24"/>
              </w:rPr>
              <w:fldChar w:fldCharType="end"/>
            </w:r>
          </w:p>
          <w:p w14:paraId="30395BBC" w14:textId="5702A794" w:rsidR="00514D7B" w:rsidRPr="008974F2" w:rsidRDefault="00514D7B">
            <w:pPr>
              <w:rPr>
                <w:rFonts w:ascii="Arial" w:hAnsi="Arial" w:cs="Arial"/>
                <w:sz w:val="24"/>
                <w:szCs w:val="24"/>
              </w:rPr>
            </w:pPr>
          </w:p>
        </w:tc>
      </w:tr>
      <w:tr w:rsidR="00514D7B" w:rsidRPr="008974F2" w14:paraId="783E7ED4" w14:textId="77777777" w:rsidTr="006B32CC">
        <w:tc>
          <w:tcPr>
            <w:tcW w:w="4428" w:type="dxa"/>
          </w:tcPr>
          <w:p w14:paraId="1A60208D" w14:textId="77777777" w:rsidR="00514D7B" w:rsidRPr="00F46B06" w:rsidRDefault="001B1D64" w:rsidP="00CE6CA7">
            <w:pPr>
              <w:pStyle w:val="ListParagraph"/>
              <w:numPr>
                <w:ilvl w:val="0"/>
                <w:numId w:val="22"/>
              </w:numPr>
              <w:rPr>
                <w:rFonts w:ascii="Arial" w:hAnsi="Arial" w:cs="Arial"/>
                <w:b/>
                <w:bCs/>
              </w:rPr>
            </w:pPr>
            <w:r w:rsidRPr="00F46B06">
              <w:rPr>
                <w:rFonts w:ascii="Arial" w:hAnsi="Arial" w:cs="Arial"/>
                <w:b/>
                <w:bCs/>
              </w:rPr>
              <w:t>Date of Employment</w:t>
            </w:r>
          </w:p>
          <w:p w14:paraId="269F5939" w14:textId="2A334A72" w:rsidR="001057EF" w:rsidRPr="00F6224B" w:rsidRDefault="001057EF" w:rsidP="004E70BE">
            <w:pPr>
              <w:pStyle w:val="ListParagraph"/>
              <w:ind w:left="360"/>
              <w:rPr>
                <w:rFonts w:ascii="Arial" w:hAnsi="Arial" w:cs="Arial"/>
                <w:sz w:val="20"/>
                <w:szCs w:val="20"/>
              </w:rPr>
            </w:pPr>
            <w:r w:rsidRPr="00F6224B">
              <w:rPr>
                <w:rFonts w:ascii="Arial" w:hAnsi="Arial" w:cs="Arial"/>
                <w:i/>
                <w:sz w:val="20"/>
                <w:szCs w:val="20"/>
                <w:u w:val="single"/>
              </w:rPr>
              <w:t>(Example: 12/15/2025)</w:t>
            </w:r>
          </w:p>
        </w:tc>
        <w:tc>
          <w:tcPr>
            <w:tcW w:w="6362" w:type="dxa"/>
          </w:tcPr>
          <w:sdt>
            <w:sdtPr>
              <w:rPr>
                <w:rFonts w:ascii="Arial" w:hAnsi="Arial" w:cs="Arial"/>
                <w:i/>
                <w:sz w:val="24"/>
                <w:szCs w:val="24"/>
                <w:u w:val="single"/>
              </w:rPr>
              <w:id w:val="-2133008756"/>
              <w:placeholder>
                <w:docPart w:val="DefaultPlaceholder_-1854013437"/>
              </w:placeholder>
              <w:showingPlcHdr/>
              <w:date w:fullDate="2026-01-20T00:00:00Z">
                <w:dateFormat w:val="M/d/yyyy"/>
                <w:lid w:val="en-US"/>
                <w:storeMappedDataAs w:val="dateTime"/>
                <w:calendar w:val="gregorian"/>
              </w:date>
            </w:sdtPr>
            <w:sdtEndPr/>
            <w:sdtContent>
              <w:p w14:paraId="0FE3104E" w14:textId="7DB875D1" w:rsidR="009608FC" w:rsidRPr="008974F2" w:rsidRDefault="003E16F6">
                <w:pPr>
                  <w:rPr>
                    <w:rFonts w:ascii="Arial" w:hAnsi="Arial" w:cs="Arial"/>
                    <w:i/>
                    <w:sz w:val="24"/>
                    <w:szCs w:val="24"/>
                    <w:u w:val="single"/>
                  </w:rPr>
                </w:pPr>
                <w:r w:rsidRPr="0099723C">
                  <w:rPr>
                    <w:rStyle w:val="PlaceholderText"/>
                  </w:rPr>
                  <w:t>Click or tap to enter a date.</w:t>
                </w:r>
              </w:p>
            </w:sdtContent>
          </w:sdt>
          <w:p w14:paraId="4A2E9608" w14:textId="65D9CC23" w:rsidR="00514D7B" w:rsidRPr="008974F2" w:rsidRDefault="00514D7B">
            <w:pPr>
              <w:rPr>
                <w:rFonts w:ascii="Arial" w:hAnsi="Arial" w:cs="Arial"/>
                <w:sz w:val="24"/>
                <w:szCs w:val="24"/>
                <w:u w:val="single"/>
              </w:rPr>
            </w:pPr>
          </w:p>
        </w:tc>
      </w:tr>
    </w:tbl>
    <w:p w14:paraId="109487A0" w14:textId="77777777" w:rsidR="00514D7B" w:rsidRDefault="001B1D64" w:rsidP="00BC1CA3">
      <w:pPr>
        <w:pStyle w:val="Heading2"/>
        <w:spacing w:line="240" w:lineRule="auto"/>
        <w:rPr>
          <w:rFonts w:ascii="Arial" w:hAnsi="Arial" w:cs="Arial"/>
          <w:sz w:val="24"/>
          <w:szCs w:val="24"/>
        </w:rPr>
      </w:pPr>
      <w:r w:rsidRPr="008974F2">
        <w:rPr>
          <w:rFonts w:ascii="Arial" w:hAnsi="Arial" w:cs="Arial"/>
          <w:sz w:val="24"/>
          <w:szCs w:val="24"/>
        </w:rPr>
        <w:t>Section 3: Educational Attainment</w:t>
      </w:r>
    </w:p>
    <w:p w14:paraId="3BD0A2EA" w14:textId="77777777" w:rsidR="007C727A" w:rsidRPr="007179C5" w:rsidRDefault="007C727A" w:rsidP="00BC1CA3">
      <w:pPr>
        <w:spacing w:after="0" w:line="240" w:lineRule="auto"/>
        <w:rPr>
          <w:rFonts w:ascii="Arial" w:hAnsi="Arial" w:cs="Arial"/>
          <w:sz w:val="20"/>
          <w:szCs w:val="20"/>
        </w:rPr>
      </w:pPr>
      <w:r w:rsidRPr="007179C5">
        <w:rPr>
          <w:rFonts w:ascii="Arial" w:hAnsi="Arial" w:cs="Arial"/>
          <w:sz w:val="20"/>
          <w:szCs w:val="20"/>
        </w:rPr>
        <w:t xml:space="preserve">Please </w:t>
      </w:r>
      <w:r w:rsidRPr="0097766C">
        <w:rPr>
          <w:rFonts w:ascii="Arial" w:hAnsi="Arial" w:cs="Arial"/>
          <w:sz w:val="20"/>
          <w:szCs w:val="20"/>
        </w:rPr>
        <w:t>complete this section around the degree the applicant wants to be considered for ITFC.</w:t>
      </w:r>
    </w:p>
    <w:tbl>
      <w:tblPr>
        <w:tblStyle w:val="TableGrid"/>
        <w:tblW w:w="10908" w:type="dxa"/>
        <w:tblInd w:w="-113" w:type="dxa"/>
        <w:tblLook w:val="04A0" w:firstRow="1" w:lastRow="0" w:firstColumn="1" w:lastColumn="0" w:noHBand="0" w:noVBand="1"/>
      </w:tblPr>
      <w:tblGrid>
        <w:gridCol w:w="6048"/>
        <w:gridCol w:w="4860"/>
      </w:tblGrid>
      <w:tr w:rsidR="007C727A" w:rsidRPr="00F46B06" w14:paraId="3E0AC79A" w14:textId="77777777" w:rsidTr="008E5ABE">
        <w:tc>
          <w:tcPr>
            <w:tcW w:w="6048" w:type="dxa"/>
          </w:tcPr>
          <w:p w14:paraId="4E06B184" w14:textId="6F9BABB3" w:rsidR="007C727A" w:rsidRPr="00185EFB" w:rsidRDefault="007C727A" w:rsidP="00BB52C5">
            <w:pPr>
              <w:pStyle w:val="ListParagraph"/>
              <w:numPr>
                <w:ilvl w:val="0"/>
                <w:numId w:val="35"/>
              </w:numPr>
              <w:rPr>
                <w:rFonts w:ascii="Arial" w:hAnsi="Arial" w:cs="Arial"/>
                <w:iCs/>
                <w:u w:val="single"/>
              </w:rPr>
            </w:pPr>
            <w:r w:rsidRPr="00185EFB">
              <w:rPr>
                <w:rFonts w:ascii="Arial" w:hAnsi="Arial" w:cs="Arial"/>
                <w:b/>
                <w:bCs/>
                <w:iCs/>
                <w:u w:val="single"/>
              </w:rPr>
              <w:t xml:space="preserve">Degree Type </w:t>
            </w:r>
            <w:r w:rsidRPr="00185EFB">
              <w:rPr>
                <w:rFonts w:ascii="Arial" w:hAnsi="Arial" w:cs="Arial"/>
                <w:iCs/>
                <w:u w:val="single"/>
              </w:rPr>
              <w:t xml:space="preserve">(must by </w:t>
            </w:r>
            <w:r w:rsidR="005C17C3" w:rsidRPr="00185EFB">
              <w:rPr>
                <w:rFonts w:ascii="Arial" w:hAnsi="Arial" w:cs="Arial"/>
                <w:iCs/>
                <w:u w:val="single"/>
              </w:rPr>
              <w:t>bachelor’s</w:t>
            </w:r>
            <w:r w:rsidRPr="00185EFB">
              <w:rPr>
                <w:rFonts w:ascii="Arial" w:hAnsi="Arial" w:cs="Arial"/>
                <w:iCs/>
                <w:u w:val="single"/>
              </w:rPr>
              <w:t xml:space="preserve"> degree or</w:t>
            </w:r>
            <w:r w:rsidR="002C1E8F" w:rsidRPr="00185EFB">
              <w:rPr>
                <w:rFonts w:ascii="Arial" w:hAnsi="Arial" w:cs="Arial"/>
                <w:iCs/>
                <w:u w:val="single"/>
              </w:rPr>
              <w:t xml:space="preserve"> </w:t>
            </w:r>
            <w:r w:rsidRPr="00185EFB">
              <w:rPr>
                <w:rFonts w:ascii="Arial" w:hAnsi="Arial" w:cs="Arial"/>
                <w:iCs/>
                <w:u w:val="single"/>
              </w:rPr>
              <w:t>higher)</w:t>
            </w:r>
          </w:p>
          <w:p w14:paraId="71D4EBDE" w14:textId="77777777" w:rsidR="007C727A" w:rsidRPr="00F46B06" w:rsidRDefault="007C727A" w:rsidP="00BB52C5">
            <w:pPr>
              <w:pStyle w:val="ListParagraph"/>
              <w:ind w:left="360"/>
              <w:rPr>
                <w:rFonts w:ascii="Arial" w:hAnsi="Arial" w:cs="Arial"/>
                <w:i/>
                <w:sz w:val="20"/>
                <w:szCs w:val="20"/>
                <w:u w:val="single"/>
              </w:rPr>
            </w:pPr>
            <w:r w:rsidRPr="00F46B06">
              <w:rPr>
                <w:rFonts w:ascii="Arial" w:hAnsi="Arial" w:cs="Arial"/>
                <w:i/>
                <w:sz w:val="20"/>
                <w:szCs w:val="20"/>
              </w:rPr>
              <w:t>(Example: Bachelor of Science)</w:t>
            </w:r>
          </w:p>
        </w:tc>
        <w:tc>
          <w:tcPr>
            <w:tcW w:w="4860" w:type="dxa"/>
          </w:tcPr>
          <w:p w14:paraId="10699877" w14:textId="1EE24B19" w:rsidR="007C727A" w:rsidRPr="00F46B06" w:rsidRDefault="007C727A" w:rsidP="0041114C">
            <w:pPr>
              <w:rPr>
                <w:rFonts w:ascii="Arial" w:hAnsi="Arial" w:cs="Arial"/>
                <w:iCs/>
                <w:sz w:val="20"/>
                <w:szCs w:val="20"/>
                <w:u w:val="single"/>
              </w:rPr>
            </w:pPr>
            <w:r w:rsidRPr="00F46B06">
              <w:rPr>
                <w:rFonts w:ascii="Arial" w:hAnsi="Arial" w:cs="Arial"/>
                <w:iCs/>
                <w:sz w:val="20"/>
                <w:szCs w:val="20"/>
              </w:rPr>
              <w:fldChar w:fldCharType="begin">
                <w:ffData>
                  <w:name w:val="Text2"/>
                  <w:enabled/>
                  <w:calcOnExit w:val="0"/>
                  <w:textInput/>
                </w:ffData>
              </w:fldChar>
            </w:r>
            <w:r w:rsidRPr="00F46B06">
              <w:rPr>
                <w:rFonts w:ascii="Arial" w:hAnsi="Arial" w:cs="Arial"/>
                <w:iCs/>
                <w:sz w:val="20"/>
                <w:szCs w:val="20"/>
              </w:rPr>
              <w:instrText xml:space="preserve"> FORMTEXT </w:instrText>
            </w:r>
            <w:r w:rsidRPr="00F46B06">
              <w:rPr>
                <w:rFonts w:ascii="Arial" w:hAnsi="Arial" w:cs="Arial"/>
                <w:iCs/>
                <w:sz w:val="20"/>
                <w:szCs w:val="20"/>
              </w:rPr>
            </w:r>
            <w:r w:rsidRPr="00F46B06">
              <w:rPr>
                <w:rFonts w:ascii="Arial" w:hAnsi="Arial" w:cs="Arial"/>
                <w:iCs/>
                <w:sz w:val="20"/>
                <w:szCs w:val="20"/>
              </w:rPr>
              <w:fldChar w:fldCharType="separate"/>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Pr="00F46B06">
              <w:rPr>
                <w:rFonts w:ascii="Arial" w:hAnsi="Arial" w:cs="Arial"/>
                <w:iCs/>
                <w:sz w:val="20"/>
                <w:szCs w:val="20"/>
              </w:rPr>
              <w:fldChar w:fldCharType="end"/>
            </w:r>
          </w:p>
        </w:tc>
      </w:tr>
      <w:tr w:rsidR="007C727A" w:rsidRPr="00697C37" w14:paraId="6591DB6A" w14:textId="77777777" w:rsidTr="008E5ABE">
        <w:tc>
          <w:tcPr>
            <w:tcW w:w="6048" w:type="dxa"/>
          </w:tcPr>
          <w:p w14:paraId="3E982587" w14:textId="77777777" w:rsidR="007C727A" w:rsidRPr="00697C37" w:rsidRDefault="007C727A" w:rsidP="00BB52C5">
            <w:pPr>
              <w:pStyle w:val="ListParagraph"/>
              <w:numPr>
                <w:ilvl w:val="0"/>
                <w:numId w:val="35"/>
              </w:numPr>
              <w:rPr>
                <w:rFonts w:ascii="Arial" w:hAnsi="Arial" w:cs="Arial"/>
                <w:b/>
                <w:bCs/>
                <w:iCs/>
                <w:u w:val="single"/>
              </w:rPr>
            </w:pPr>
            <w:r w:rsidRPr="00697C37">
              <w:rPr>
                <w:rFonts w:ascii="Arial" w:hAnsi="Arial" w:cs="Arial"/>
                <w:b/>
                <w:bCs/>
                <w:iCs/>
                <w:u w:val="single"/>
              </w:rPr>
              <w:t>Degree Major</w:t>
            </w:r>
          </w:p>
          <w:p w14:paraId="6DE489ED" w14:textId="77777777" w:rsidR="007C727A" w:rsidRPr="00697C37" w:rsidRDefault="007C727A" w:rsidP="00BB52C5">
            <w:pPr>
              <w:pStyle w:val="ListParagraph"/>
              <w:ind w:left="360"/>
              <w:rPr>
                <w:rFonts w:ascii="Arial" w:hAnsi="Arial" w:cs="Arial"/>
                <w:i/>
                <w:sz w:val="20"/>
                <w:szCs w:val="20"/>
                <w:u w:val="single"/>
              </w:rPr>
            </w:pPr>
            <w:r w:rsidRPr="00697C37">
              <w:rPr>
                <w:rFonts w:ascii="Arial" w:hAnsi="Arial" w:cs="Arial"/>
                <w:i/>
                <w:sz w:val="20"/>
                <w:szCs w:val="20"/>
                <w:u w:val="single"/>
              </w:rPr>
              <w:t>(Example: Early Childhood Education)</w:t>
            </w:r>
          </w:p>
        </w:tc>
        <w:tc>
          <w:tcPr>
            <w:tcW w:w="4860" w:type="dxa"/>
          </w:tcPr>
          <w:p w14:paraId="738C39C9" w14:textId="2907B61F" w:rsidR="007C727A" w:rsidRPr="00697C37" w:rsidRDefault="007C727A" w:rsidP="0041114C">
            <w:pPr>
              <w:rPr>
                <w:rFonts w:ascii="Arial" w:hAnsi="Arial" w:cs="Arial"/>
                <w:iCs/>
                <w:sz w:val="20"/>
                <w:szCs w:val="20"/>
                <w:u w:val="single"/>
              </w:rPr>
            </w:pPr>
            <w:r w:rsidRPr="00697C37">
              <w:rPr>
                <w:rFonts w:ascii="Arial" w:hAnsi="Arial" w:cs="Arial"/>
                <w:iCs/>
                <w:sz w:val="20"/>
                <w:szCs w:val="20"/>
              </w:rPr>
              <w:fldChar w:fldCharType="begin">
                <w:ffData>
                  <w:name w:val="Text2"/>
                  <w:enabled/>
                  <w:calcOnExit w:val="0"/>
                  <w:textInput/>
                </w:ffData>
              </w:fldChar>
            </w:r>
            <w:r w:rsidRPr="00697C37">
              <w:rPr>
                <w:rFonts w:ascii="Arial" w:hAnsi="Arial" w:cs="Arial"/>
                <w:iCs/>
                <w:sz w:val="20"/>
                <w:szCs w:val="20"/>
              </w:rPr>
              <w:instrText xml:space="preserve"> FORMTEXT </w:instrText>
            </w:r>
            <w:r w:rsidRPr="00697C37">
              <w:rPr>
                <w:rFonts w:ascii="Arial" w:hAnsi="Arial" w:cs="Arial"/>
                <w:iCs/>
                <w:sz w:val="20"/>
                <w:szCs w:val="20"/>
              </w:rPr>
            </w:r>
            <w:r w:rsidRPr="00697C37">
              <w:rPr>
                <w:rFonts w:ascii="Arial" w:hAnsi="Arial" w:cs="Arial"/>
                <w:iCs/>
                <w:sz w:val="20"/>
                <w:szCs w:val="20"/>
              </w:rPr>
              <w:fldChar w:fldCharType="separate"/>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Pr="00697C37">
              <w:rPr>
                <w:rFonts w:ascii="Arial" w:hAnsi="Arial" w:cs="Arial"/>
                <w:iCs/>
                <w:sz w:val="20"/>
                <w:szCs w:val="20"/>
              </w:rPr>
              <w:fldChar w:fldCharType="end"/>
            </w:r>
          </w:p>
        </w:tc>
      </w:tr>
      <w:tr w:rsidR="007C727A" w:rsidRPr="00697C37" w14:paraId="340293DC" w14:textId="77777777" w:rsidTr="008E5ABE">
        <w:tc>
          <w:tcPr>
            <w:tcW w:w="6048" w:type="dxa"/>
          </w:tcPr>
          <w:p w14:paraId="279B540A" w14:textId="1B38469E" w:rsidR="007C727A" w:rsidRPr="00697C37" w:rsidRDefault="002C1E8F" w:rsidP="00BB52C5">
            <w:pPr>
              <w:pStyle w:val="ListParagraph"/>
              <w:numPr>
                <w:ilvl w:val="0"/>
                <w:numId w:val="35"/>
              </w:numPr>
              <w:rPr>
                <w:rFonts w:ascii="Arial" w:hAnsi="Arial" w:cs="Arial"/>
                <w:b/>
                <w:bCs/>
                <w:iCs/>
                <w:u w:val="single"/>
              </w:rPr>
            </w:pPr>
            <w:r w:rsidRPr="00697C37">
              <w:rPr>
                <w:rFonts w:ascii="Arial" w:hAnsi="Arial" w:cs="Arial"/>
                <w:b/>
                <w:bCs/>
                <w:iCs/>
                <w:u w:val="single"/>
              </w:rPr>
              <w:t>Accredited u</w:t>
            </w:r>
            <w:r w:rsidR="007C727A" w:rsidRPr="00697C37">
              <w:rPr>
                <w:rFonts w:ascii="Arial" w:hAnsi="Arial" w:cs="Arial"/>
                <w:b/>
                <w:bCs/>
                <w:iCs/>
                <w:u w:val="single"/>
              </w:rPr>
              <w:t>niversity from which the degree was obtained</w:t>
            </w:r>
          </w:p>
          <w:p w14:paraId="0CF3D801" w14:textId="77777777" w:rsidR="007C727A" w:rsidRPr="00697C37" w:rsidRDefault="007C727A" w:rsidP="00402E6A">
            <w:pPr>
              <w:pStyle w:val="ListParagraph"/>
              <w:ind w:left="360"/>
              <w:rPr>
                <w:rFonts w:ascii="Arial" w:hAnsi="Arial" w:cs="Arial"/>
                <w:b/>
                <w:bCs/>
                <w:iCs/>
                <w:sz w:val="20"/>
                <w:szCs w:val="20"/>
                <w:u w:val="single"/>
              </w:rPr>
            </w:pPr>
            <w:r w:rsidRPr="00697C37">
              <w:rPr>
                <w:rFonts w:ascii="Arial" w:hAnsi="Arial" w:cs="Arial"/>
                <w:i/>
                <w:sz w:val="20"/>
                <w:szCs w:val="20"/>
                <w:u w:val="single"/>
              </w:rPr>
              <w:t xml:space="preserve">(Example: </w:t>
            </w:r>
            <w:r w:rsidRPr="00697C37">
              <w:rPr>
                <w:rFonts w:ascii="Arial" w:hAnsi="Arial" w:cs="Arial"/>
                <w:i/>
                <w:sz w:val="20"/>
                <w:szCs w:val="20"/>
              </w:rPr>
              <w:t>East Carolina University)</w:t>
            </w:r>
          </w:p>
        </w:tc>
        <w:tc>
          <w:tcPr>
            <w:tcW w:w="4860" w:type="dxa"/>
          </w:tcPr>
          <w:p w14:paraId="01B26613" w14:textId="37A6EEAD" w:rsidR="007C727A" w:rsidRPr="00697C37" w:rsidRDefault="007C727A" w:rsidP="0041114C">
            <w:pPr>
              <w:rPr>
                <w:rFonts w:ascii="Arial" w:hAnsi="Arial" w:cs="Arial"/>
                <w:iCs/>
                <w:sz w:val="20"/>
                <w:szCs w:val="20"/>
                <w:u w:val="single"/>
              </w:rPr>
            </w:pPr>
            <w:r w:rsidRPr="00697C37">
              <w:rPr>
                <w:rFonts w:ascii="Arial" w:hAnsi="Arial" w:cs="Arial"/>
                <w:iCs/>
                <w:sz w:val="20"/>
                <w:szCs w:val="20"/>
              </w:rPr>
              <w:fldChar w:fldCharType="begin">
                <w:ffData>
                  <w:name w:val="Text2"/>
                  <w:enabled/>
                  <w:calcOnExit w:val="0"/>
                  <w:textInput/>
                </w:ffData>
              </w:fldChar>
            </w:r>
            <w:r w:rsidRPr="00697C37">
              <w:rPr>
                <w:rFonts w:ascii="Arial" w:hAnsi="Arial" w:cs="Arial"/>
                <w:iCs/>
                <w:sz w:val="20"/>
                <w:szCs w:val="20"/>
              </w:rPr>
              <w:instrText xml:space="preserve"> FORMTEXT </w:instrText>
            </w:r>
            <w:r w:rsidRPr="00697C37">
              <w:rPr>
                <w:rFonts w:ascii="Arial" w:hAnsi="Arial" w:cs="Arial"/>
                <w:iCs/>
                <w:sz w:val="20"/>
                <w:szCs w:val="20"/>
              </w:rPr>
            </w:r>
            <w:r w:rsidRPr="00697C37">
              <w:rPr>
                <w:rFonts w:ascii="Arial" w:hAnsi="Arial" w:cs="Arial"/>
                <w:iCs/>
                <w:sz w:val="20"/>
                <w:szCs w:val="20"/>
              </w:rPr>
              <w:fldChar w:fldCharType="separate"/>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003E16F6">
              <w:rPr>
                <w:rFonts w:ascii="Arial" w:hAnsi="Arial" w:cs="Arial"/>
                <w:iCs/>
                <w:sz w:val="20"/>
                <w:szCs w:val="20"/>
              </w:rPr>
              <w:t> </w:t>
            </w:r>
            <w:r w:rsidRPr="00697C37">
              <w:rPr>
                <w:rFonts w:ascii="Arial" w:hAnsi="Arial" w:cs="Arial"/>
                <w:iCs/>
                <w:sz w:val="20"/>
                <w:szCs w:val="20"/>
              </w:rPr>
              <w:fldChar w:fldCharType="end"/>
            </w:r>
          </w:p>
        </w:tc>
      </w:tr>
      <w:tr w:rsidR="007C727A" w:rsidRPr="00697C37" w14:paraId="34F92A39" w14:textId="77777777" w:rsidTr="008E5ABE">
        <w:tc>
          <w:tcPr>
            <w:tcW w:w="6048" w:type="dxa"/>
          </w:tcPr>
          <w:p w14:paraId="2852B5DA" w14:textId="77777777" w:rsidR="00BC1CA3" w:rsidRPr="00697C37" w:rsidRDefault="00BC1CA3" w:rsidP="00697C37">
            <w:pPr>
              <w:pStyle w:val="ListParagraph"/>
              <w:widowControl w:val="0"/>
              <w:numPr>
                <w:ilvl w:val="0"/>
                <w:numId w:val="35"/>
              </w:numPr>
              <w:rPr>
                <w:rFonts w:ascii="Arial" w:hAnsi="Arial" w:cs="Arial"/>
                <w:b/>
                <w:bCs/>
                <w:iCs/>
                <w:u w:val="single"/>
              </w:rPr>
            </w:pPr>
            <w:r w:rsidRPr="00697C37">
              <w:rPr>
                <w:rFonts w:ascii="Arial" w:hAnsi="Arial" w:cs="Arial"/>
                <w:b/>
                <w:bCs/>
                <w:iCs/>
                <w:u w:val="single"/>
              </w:rPr>
              <w:t xml:space="preserve">Copy of official transcript obtained and ready to submit with this completed application </w:t>
            </w:r>
          </w:p>
          <w:p w14:paraId="314A7A8D" w14:textId="77777777" w:rsidR="007C727A" w:rsidRPr="00697C37" w:rsidRDefault="007C727A" w:rsidP="00402E6A">
            <w:pPr>
              <w:ind w:left="360"/>
              <w:rPr>
                <w:rFonts w:ascii="Arial" w:hAnsi="Arial" w:cs="Arial"/>
                <w:b/>
                <w:bCs/>
                <w:i/>
                <w:sz w:val="20"/>
                <w:szCs w:val="20"/>
                <w:u w:val="single"/>
              </w:rPr>
            </w:pPr>
            <w:r w:rsidRPr="00697C37">
              <w:rPr>
                <w:rFonts w:ascii="Arial" w:hAnsi="Arial" w:cs="Arial"/>
                <w:i/>
                <w:sz w:val="20"/>
                <w:szCs w:val="20"/>
              </w:rPr>
              <w:t>(Name, degree type, major, date awarded, and the university’s official signature or seal must be clearly shown)</w:t>
            </w:r>
          </w:p>
        </w:tc>
        <w:tc>
          <w:tcPr>
            <w:tcW w:w="4860" w:type="dxa"/>
          </w:tcPr>
          <w:p w14:paraId="62C76C11" w14:textId="791EC5E9" w:rsidR="007C727A" w:rsidRDefault="00C90BCA" w:rsidP="0041114C">
            <w:pPr>
              <w:rPr>
                <w:rFonts w:ascii="Arial" w:hAnsi="Arial" w:cs="Arial"/>
                <w:b/>
                <w:bCs/>
                <w:sz w:val="20"/>
                <w:szCs w:val="20"/>
              </w:rPr>
            </w:pPr>
            <w:sdt>
              <w:sdtPr>
                <w:rPr>
                  <w:rFonts w:ascii="Segoe UI Symbol" w:hAnsi="Segoe UI Symbol" w:cs="Segoe UI Symbol"/>
                  <w:b/>
                  <w:bCs/>
                  <w:sz w:val="20"/>
                  <w:szCs w:val="20"/>
                </w:rPr>
                <w:id w:val="-643277038"/>
                <w14:checkbox>
                  <w14:checked w14:val="0"/>
                  <w14:checkedState w14:val="2612" w14:font="MS Gothic"/>
                  <w14:uncheckedState w14:val="2610" w14:font="MS Gothic"/>
                </w14:checkbox>
              </w:sdtPr>
              <w:sdtEndPr/>
              <w:sdtContent>
                <w:r w:rsidR="00667CED">
                  <w:rPr>
                    <w:rFonts w:ascii="MS Gothic" w:eastAsia="MS Gothic" w:hAnsi="MS Gothic" w:cs="Segoe UI Symbol" w:hint="eastAsia"/>
                    <w:b/>
                    <w:bCs/>
                    <w:sz w:val="20"/>
                    <w:szCs w:val="20"/>
                  </w:rPr>
                  <w:t>☐</w:t>
                </w:r>
              </w:sdtContent>
            </w:sdt>
            <w:r w:rsidR="007C727A" w:rsidRPr="00697C37">
              <w:rPr>
                <w:rFonts w:ascii="Arial" w:hAnsi="Arial" w:cs="Arial"/>
                <w:b/>
                <w:bCs/>
                <w:sz w:val="20"/>
                <w:szCs w:val="20"/>
              </w:rPr>
              <w:t xml:space="preserve"> Yes</w:t>
            </w:r>
          </w:p>
          <w:p w14:paraId="1AE4ADE8" w14:textId="77777777" w:rsidR="00322EBA" w:rsidRPr="00322EBA" w:rsidRDefault="00322EBA" w:rsidP="00322EBA">
            <w:pPr>
              <w:rPr>
                <w:rFonts w:ascii="Arial" w:hAnsi="Arial" w:cs="Arial"/>
                <w:sz w:val="20"/>
                <w:szCs w:val="20"/>
              </w:rPr>
            </w:pPr>
          </w:p>
          <w:p w14:paraId="0C064C43" w14:textId="77777777" w:rsidR="00322EBA" w:rsidRDefault="00322EBA" w:rsidP="00322EBA">
            <w:pPr>
              <w:rPr>
                <w:rFonts w:ascii="Arial" w:hAnsi="Arial" w:cs="Arial"/>
                <w:b/>
                <w:bCs/>
                <w:sz w:val="20"/>
                <w:szCs w:val="20"/>
              </w:rPr>
            </w:pPr>
          </w:p>
          <w:p w14:paraId="114C3E27" w14:textId="68A86A86" w:rsidR="00322EBA" w:rsidRPr="00322EBA" w:rsidRDefault="00322EBA" w:rsidP="00322EBA">
            <w:pPr>
              <w:tabs>
                <w:tab w:val="left" w:pos="1464"/>
              </w:tabs>
              <w:rPr>
                <w:rFonts w:ascii="Arial" w:hAnsi="Arial" w:cs="Arial"/>
                <w:sz w:val="20"/>
                <w:szCs w:val="20"/>
              </w:rPr>
            </w:pPr>
            <w:r>
              <w:rPr>
                <w:rFonts w:ascii="Arial" w:hAnsi="Arial" w:cs="Arial"/>
                <w:sz w:val="20"/>
                <w:szCs w:val="20"/>
              </w:rPr>
              <w:tab/>
            </w:r>
          </w:p>
        </w:tc>
      </w:tr>
    </w:tbl>
    <w:p w14:paraId="64F713DA" w14:textId="77777777" w:rsidR="00514D7B" w:rsidRPr="00697C37" w:rsidRDefault="001B1D64" w:rsidP="005C4824">
      <w:pPr>
        <w:pStyle w:val="Heading2"/>
        <w:rPr>
          <w:rFonts w:ascii="Arial" w:hAnsi="Arial" w:cs="Arial"/>
          <w:sz w:val="24"/>
          <w:szCs w:val="24"/>
        </w:rPr>
      </w:pPr>
      <w:r w:rsidRPr="00697C37">
        <w:rPr>
          <w:rFonts w:ascii="Arial" w:hAnsi="Arial" w:cs="Arial"/>
          <w:sz w:val="24"/>
          <w:szCs w:val="24"/>
        </w:rPr>
        <w:lastRenderedPageBreak/>
        <w:t>Section 4: Statutory Questions</w:t>
      </w:r>
    </w:p>
    <w:p w14:paraId="43879B2B" w14:textId="73668302" w:rsidR="007643D9" w:rsidRPr="00697C37" w:rsidRDefault="007643D9" w:rsidP="005C4824">
      <w:pPr>
        <w:rPr>
          <w:rFonts w:ascii="Arial" w:hAnsi="Arial" w:cs="Arial"/>
          <w:sz w:val="20"/>
          <w:szCs w:val="20"/>
        </w:rPr>
      </w:pPr>
      <w:bookmarkStart w:id="2" w:name="_Hlk218699273"/>
      <w:r w:rsidRPr="00697C37">
        <w:rPr>
          <w:rFonts w:ascii="Arial" w:hAnsi="Arial" w:cs="Arial"/>
          <w:b/>
          <w:bCs/>
          <w:sz w:val="20"/>
          <w:szCs w:val="20"/>
        </w:rPr>
        <w:t>Please answer the following questions.</w:t>
      </w:r>
      <w:r w:rsidRPr="00697C37">
        <w:rPr>
          <w:rFonts w:ascii="Arial" w:hAnsi="Arial" w:cs="Arial"/>
          <w:sz w:val="20"/>
          <w:szCs w:val="20"/>
        </w:rPr>
        <w:t xml:space="preserve"> (They are asked in accordance with </w:t>
      </w:r>
      <w:bookmarkStart w:id="3" w:name="_Hlk184382710"/>
      <w:r w:rsidRPr="00697C37">
        <w:rPr>
          <w:rFonts w:ascii="Arial" w:hAnsi="Arial" w:cs="Arial"/>
          <w:sz w:val="20"/>
          <w:szCs w:val="20"/>
        </w:rPr>
        <w:fldChar w:fldCharType="begin"/>
      </w:r>
      <w:r w:rsidRPr="00697C37">
        <w:rPr>
          <w:rFonts w:ascii="Arial" w:hAnsi="Arial" w:cs="Arial"/>
          <w:sz w:val="20"/>
          <w:szCs w:val="20"/>
        </w:rPr>
        <w:instrText>HYPERLINK "https://gcc02.safelinks.protection.outlook.com/?url=https%3A%2F%2Furldefense.com%2Fv3%2F__https%3A%2Fwww.ncleg.gov%2FEnactedLegislation%2FSessionLaws%2FPDF%2F2019-2020%2FSL2019-91.pdf__%3B!!HYmSToo!cgjTXwebP7WCOWlKLJohFPzolz1nOZkCYyQJM5x4LHOHd8GZ6h7MX_RQCo9Of-V3aofpfwf86Fz0FD_vca56kOfEs7Ii_WeS09vO6qs%24&amp;data=05%7C02%7Ckrystal.davis%40dhhs.nc.gov%7Cee504df40fa5458a44c108dca5d4da4f%7C7a7681dcb9d0449a85c3ecc26cd7ed19%7C0%7C0%7C638567581196118960%7CUnknown%7CTWFpbGZsb3d8eyJWIjoiMC4wLjAwMDAiLCJQIjoiV2luMzIiLCJBTiI6Ik1haWwiLCJXVCI6Mn0%3D%7C0%7C%7C%7C&amp;sdata=QP%2B3sboY1ixTCH2YhJYlh04%2F11nV3kMNJtpkc9PCLT4%3D&amp;reserved=0"</w:instrText>
      </w:r>
      <w:r w:rsidRPr="00697C37">
        <w:rPr>
          <w:rFonts w:ascii="Arial" w:hAnsi="Arial" w:cs="Arial"/>
          <w:sz w:val="20"/>
          <w:szCs w:val="20"/>
        </w:rPr>
      </w:r>
      <w:r w:rsidRPr="00697C37">
        <w:rPr>
          <w:rFonts w:ascii="Arial" w:hAnsi="Arial" w:cs="Arial"/>
          <w:sz w:val="20"/>
          <w:szCs w:val="20"/>
        </w:rPr>
        <w:fldChar w:fldCharType="separate"/>
      </w:r>
      <w:r w:rsidRPr="00697C37">
        <w:rPr>
          <w:rStyle w:val="Hyperlink"/>
          <w:rFonts w:ascii="Arial" w:hAnsi="Arial" w:cs="Arial"/>
          <w:sz w:val="20"/>
          <w:szCs w:val="20"/>
        </w:rPr>
        <w:t xml:space="preserve">NC Session Laws 2019-91 </w:t>
      </w:r>
      <w:r w:rsidRPr="00697C37">
        <w:rPr>
          <w:rFonts w:ascii="Arial" w:hAnsi="Arial" w:cs="Arial"/>
          <w:sz w:val="20"/>
          <w:szCs w:val="20"/>
        </w:rPr>
        <w:fldChar w:fldCharType="end"/>
      </w:r>
      <w:r w:rsidRPr="00697C37">
        <w:rPr>
          <w:rFonts w:ascii="Arial" w:hAnsi="Arial" w:cs="Arial"/>
          <w:sz w:val="20"/>
          <w:szCs w:val="20"/>
        </w:rPr>
        <w:t xml:space="preserve">and </w:t>
      </w:r>
      <w:hyperlink r:id="rId12" w:history="1">
        <w:r w:rsidRPr="00697C37">
          <w:rPr>
            <w:rStyle w:val="Hyperlink"/>
            <w:rFonts w:ascii="Arial" w:hAnsi="Arial" w:cs="Arial"/>
            <w:sz w:val="20"/>
            <w:szCs w:val="20"/>
          </w:rPr>
          <w:t>SL 2020-87.</w:t>
        </w:r>
      </w:hyperlink>
      <w:bookmarkEnd w:id="3"/>
      <w:r w:rsidRPr="00697C37">
        <w:rPr>
          <w:rFonts w:ascii="Arial" w:hAnsi="Arial" w:cs="Arial"/>
          <w:sz w:val="20"/>
          <w:szCs w:val="20"/>
        </w:rPr>
        <w:t xml:space="preserve"> The responses are being collected for statutory purposes and identifying information shall not be disclosed with your response</w:t>
      </w:r>
      <w:r w:rsidR="006B32CC" w:rsidRPr="00697C37">
        <w:rPr>
          <w:rFonts w:ascii="Arial" w:hAnsi="Arial" w:cs="Arial"/>
          <w:sz w:val="20"/>
          <w:szCs w:val="20"/>
        </w:rPr>
        <w:t>s</w:t>
      </w:r>
      <w:r w:rsidRPr="00697C37">
        <w:rPr>
          <w:rFonts w:ascii="Arial" w:hAnsi="Arial" w:cs="Arial"/>
          <w:sz w:val="20"/>
          <w:szCs w:val="20"/>
        </w:rPr>
        <w:t>.):</w:t>
      </w:r>
    </w:p>
    <w:tbl>
      <w:tblPr>
        <w:tblStyle w:val="TableGrid"/>
        <w:tblW w:w="0" w:type="auto"/>
        <w:tblInd w:w="-95" w:type="dxa"/>
        <w:tblLook w:val="04A0" w:firstRow="1" w:lastRow="0" w:firstColumn="1" w:lastColumn="0" w:noHBand="0" w:noVBand="1"/>
      </w:tblPr>
      <w:tblGrid>
        <w:gridCol w:w="5989"/>
        <w:gridCol w:w="4896"/>
      </w:tblGrid>
      <w:tr w:rsidR="00514D7B" w:rsidRPr="00697C37" w14:paraId="240C5C49" w14:textId="77777777" w:rsidTr="00CD0E7B">
        <w:tc>
          <w:tcPr>
            <w:tcW w:w="6041" w:type="dxa"/>
          </w:tcPr>
          <w:bookmarkEnd w:id="2"/>
          <w:p w14:paraId="0B58B21E" w14:textId="77777777" w:rsidR="00514D7B" w:rsidRPr="00697C37" w:rsidRDefault="001B1D64" w:rsidP="005F3BA5">
            <w:pPr>
              <w:pStyle w:val="ListParagraph"/>
              <w:numPr>
                <w:ilvl w:val="0"/>
                <w:numId w:val="36"/>
              </w:numPr>
              <w:rPr>
                <w:rFonts w:ascii="Arial" w:hAnsi="Arial" w:cs="Arial"/>
                <w:b/>
                <w:bCs/>
              </w:rPr>
            </w:pPr>
            <w:r w:rsidRPr="00697C37">
              <w:rPr>
                <w:rFonts w:ascii="Arial" w:hAnsi="Arial" w:cs="Arial"/>
                <w:b/>
                <w:bCs/>
              </w:rPr>
              <w:t>Do you have a conviction record?</w:t>
            </w:r>
            <w:r w:rsidR="00DB0A21" w:rsidRPr="00697C37">
              <w:rPr>
                <w:rFonts w:ascii="Arial" w:hAnsi="Arial" w:cs="Arial"/>
                <w:b/>
                <w:bCs/>
              </w:rPr>
              <w:t xml:space="preserve"> </w:t>
            </w:r>
          </w:p>
          <w:p w14:paraId="75C16DE8" w14:textId="7D4B121C" w:rsidR="00984190" w:rsidRPr="00697C37" w:rsidRDefault="007073F2" w:rsidP="005F3BA5">
            <w:pPr>
              <w:pStyle w:val="ListParagraph"/>
              <w:ind w:left="360"/>
              <w:rPr>
                <w:rFonts w:ascii="Arial" w:hAnsi="Arial" w:cs="Arial"/>
                <w:i/>
                <w:iCs/>
                <w:sz w:val="20"/>
                <w:szCs w:val="20"/>
              </w:rPr>
            </w:pPr>
            <w:r w:rsidRPr="00697C37">
              <w:rPr>
                <w:rFonts w:ascii="Arial" w:hAnsi="Arial" w:cs="Arial"/>
                <w:i/>
                <w:iCs/>
                <w:sz w:val="20"/>
                <w:szCs w:val="20"/>
              </w:rPr>
              <w:t>(</w:t>
            </w:r>
            <w:r w:rsidR="00984190" w:rsidRPr="00697C37">
              <w:rPr>
                <w:rFonts w:ascii="Arial" w:hAnsi="Arial" w:cs="Arial"/>
                <w:i/>
                <w:iCs/>
                <w:sz w:val="20"/>
                <w:szCs w:val="20"/>
              </w:rPr>
              <w:t>Example: Yes, 2019</w:t>
            </w:r>
            <w:r w:rsidRPr="00697C37">
              <w:rPr>
                <w:rFonts w:ascii="Arial" w:hAnsi="Arial" w:cs="Arial"/>
                <w:i/>
                <w:iCs/>
                <w:sz w:val="20"/>
                <w:szCs w:val="20"/>
              </w:rPr>
              <w:t xml:space="preserve"> convictions - speeding up to 10 miles over speed limit &amp; driving without a seatbelt)</w:t>
            </w:r>
          </w:p>
        </w:tc>
        <w:tc>
          <w:tcPr>
            <w:tcW w:w="4844" w:type="dxa"/>
          </w:tcPr>
          <w:p w14:paraId="0458174A" w14:textId="068E1D2C" w:rsidR="00514D7B" w:rsidRPr="00697C37" w:rsidRDefault="00C90BCA">
            <w:pPr>
              <w:rPr>
                <w:rFonts w:ascii="Arial" w:hAnsi="Arial" w:cs="Arial"/>
                <w:sz w:val="24"/>
                <w:szCs w:val="24"/>
              </w:rPr>
            </w:pPr>
            <w:sdt>
              <w:sdtPr>
                <w:rPr>
                  <w:rFonts w:ascii="Segoe UI Symbol" w:hAnsi="Segoe UI Symbol" w:cs="Segoe UI Symbol"/>
                </w:rPr>
                <w:id w:val="-1025944989"/>
                <w14:checkbox>
                  <w14:checked w14:val="0"/>
                  <w14:checkedState w14:val="2612" w14:font="MS Gothic"/>
                  <w14:uncheckedState w14:val="2610" w14:font="MS Gothic"/>
                </w14:checkbox>
              </w:sdtPr>
              <w:sdtEndPr/>
              <w:sdtContent>
                <w:r w:rsidR="00667CED">
                  <w:rPr>
                    <w:rFonts w:ascii="MS Gothic" w:eastAsia="MS Gothic" w:hAnsi="MS Gothic" w:cs="Segoe UI Symbol" w:hint="eastAsia"/>
                  </w:rPr>
                  <w:t>☐</w:t>
                </w:r>
              </w:sdtContent>
            </w:sdt>
            <w:r w:rsidR="00030E35" w:rsidRPr="00697C37">
              <w:rPr>
                <w:rFonts w:ascii="Arial" w:hAnsi="Arial" w:cs="Arial"/>
                <w:sz w:val="24"/>
                <w:szCs w:val="24"/>
              </w:rPr>
              <w:t xml:space="preserve"> </w:t>
            </w:r>
            <w:r w:rsidR="009608FC" w:rsidRPr="00697C37">
              <w:rPr>
                <w:rFonts w:ascii="Arial" w:hAnsi="Arial" w:cs="Arial"/>
                <w:sz w:val="24"/>
                <w:szCs w:val="24"/>
              </w:rPr>
              <w:t xml:space="preserve">Yes </w:t>
            </w:r>
            <w:sdt>
              <w:sdtPr>
                <w:rPr>
                  <w:rFonts w:ascii="Segoe UI Symbol" w:hAnsi="Segoe UI Symbol" w:cs="Segoe UI Symbol"/>
                </w:rPr>
                <w:id w:val="186648810"/>
                <w14:checkbox>
                  <w14:checked w14:val="0"/>
                  <w14:checkedState w14:val="2612" w14:font="MS Gothic"/>
                  <w14:uncheckedState w14:val="2610" w14:font="MS Gothic"/>
                </w14:checkbox>
              </w:sdtPr>
              <w:sdtEndPr/>
              <w:sdtContent>
                <w:r w:rsidR="00877811">
                  <w:rPr>
                    <w:rFonts w:ascii="MS Gothic" w:eastAsia="MS Gothic" w:hAnsi="MS Gothic" w:cs="Segoe UI Symbol" w:hint="eastAsia"/>
                  </w:rPr>
                  <w:t>☐</w:t>
                </w:r>
              </w:sdtContent>
            </w:sdt>
            <w:r w:rsidR="00030E35" w:rsidRPr="00697C37">
              <w:rPr>
                <w:rFonts w:ascii="Arial" w:hAnsi="Arial" w:cs="Arial"/>
                <w:sz w:val="24"/>
                <w:szCs w:val="24"/>
              </w:rPr>
              <w:t xml:space="preserve"> </w:t>
            </w:r>
            <w:r w:rsidR="009608FC" w:rsidRPr="00697C37">
              <w:rPr>
                <w:rFonts w:ascii="Arial" w:hAnsi="Arial" w:cs="Arial"/>
                <w:sz w:val="24"/>
                <w:szCs w:val="24"/>
              </w:rPr>
              <w:t xml:space="preserve">No </w:t>
            </w:r>
          </w:p>
          <w:p w14:paraId="63382DBA" w14:textId="36F6EA39" w:rsidR="00DB0A21" w:rsidRDefault="00DB0A21">
            <w:pPr>
              <w:rPr>
                <w:rFonts w:ascii="Arial" w:hAnsi="Arial" w:cs="Arial"/>
                <w:sz w:val="24"/>
                <w:szCs w:val="24"/>
              </w:rPr>
            </w:pPr>
            <w:r w:rsidRPr="00697C37">
              <w:rPr>
                <w:rFonts w:ascii="Arial" w:hAnsi="Arial" w:cs="Arial"/>
                <w:sz w:val="24"/>
                <w:szCs w:val="24"/>
              </w:rPr>
              <w:t xml:space="preserve">If yes, list all convictions: </w:t>
            </w:r>
            <w:r w:rsidRPr="00697C37">
              <w:rPr>
                <w:rFonts w:ascii="Arial" w:hAnsi="Arial" w:cs="Arial"/>
                <w:sz w:val="24"/>
                <w:szCs w:val="24"/>
              </w:rPr>
              <w:fldChar w:fldCharType="begin">
                <w:ffData>
                  <w:name w:val="Text5"/>
                  <w:enabled/>
                  <w:calcOnExit w:val="0"/>
                  <w:textInput/>
                </w:ffData>
              </w:fldChar>
            </w:r>
            <w:bookmarkStart w:id="4" w:name="Text5"/>
            <w:r w:rsidRPr="00697C37">
              <w:rPr>
                <w:rFonts w:ascii="Arial" w:hAnsi="Arial" w:cs="Arial"/>
                <w:sz w:val="24"/>
                <w:szCs w:val="24"/>
              </w:rPr>
              <w:instrText xml:space="preserve"> FORMTEXT </w:instrText>
            </w:r>
            <w:r w:rsidRPr="00697C37">
              <w:rPr>
                <w:rFonts w:ascii="Arial" w:hAnsi="Arial" w:cs="Arial"/>
                <w:sz w:val="24"/>
                <w:szCs w:val="24"/>
              </w:rPr>
            </w:r>
            <w:r w:rsidRPr="00697C37">
              <w:rPr>
                <w:rFonts w:ascii="Arial" w:hAnsi="Arial" w:cs="Arial"/>
                <w:sz w:val="24"/>
                <w:szCs w:val="24"/>
              </w:rPr>
              <w:fldChar w:fldCharType="separate"/>
            </w:r>
            <w:r w:rsidR="003E16F6">
              <w:rPr>
                <w:rFonts w:ascii="Arial" w:hAnsi="Arial" w:cs="Arial"/>
                <w:sz w:val="24"/>
                <w:szCs w:val="24"/>
              </w:rPr>
              <w:t> </w:t>
            </w:r>
            <w:r w:rsidR="003E16F6">
              <w:rPr>
                <w:rFonts w:ascii="Arial" w:hAnsi="Arial" w:cs="Arial"/>
                <w:sz w:val="24"/>
                <w:szCs w:val="24"/>
              </w:rPr>
              <w:t> </w:t>
            </w:r>
            <w:r w:rsidR="003E16F6">
              <w:rPr>
                <w:rFonts w:ascii="Arial" w:hAnsi="Arial" w:cs="Arial"/>
                <w:sz w:val="24"/>
                <w:szCs w:val="24"/>
              </w:rPr>
              <w:t> </w:t>
            </w:r>
            <w:r w:rsidR="003E16F6">
              <w:rPr>
                <w:rFonts w:ascii="Arial" w:hAnsi="Arial" w:cs="Arial"/>
                <w:sz w:val="24"/>
                <w:szCs w:val="24"/>
              </w:rPr>
              <w:t> </w:t>
            </w:r>
            <w:r w:rsidR="003E16F6">
              <w:rPr>
                <w:rFonts w:ascii="Arial" w:hAnsi="Arial" w:cs="Arial"/>
                <w:sz w:val="24"/>
                <w:szCs w:val="24"/>
              </w:rPr>
              <w:t> </w:t>
            </w:r>
            <w:r w:rsidRPr="00697C37">
              <w:rPr>
                <w:rFonts w:ascii="Arial" w:hAnsi="Arial" w:cs="Arial"/>
                <w:sz w:val="24"/>
                <w:szCs w:val="24"/>
              </w:rPr>
              <w:fldChar w:fldCharType="end"/>
            </w:r>
            <w:bookmarkEnd w:id="4"/>
          </w:p>
          <w:p w14:paraId="18A243B6" w14:textId="01EA2092" w:rsidR="00BD7D19" w:rsidRPr="00697C37" w:rsidRDefault="00BD7D19">
            <w:pPr>
              <w:rPr>
                <w:rFonts w:ascii="Arial" w:hAnsi="Arial" w:cs="Arial"/>
                <w:sz w:val="24"/>
                <w:szCs w:val="24"/>
              </w:rPr>
            </w:pPr>
          </w:p>
        </w:tc>
      </w:tr>
      <w:tr w:rsidR="00514D7B" w:rsidRPr="00697C37" w14:paraId="392A6E34" w14:textId="77777777" w:rsidTr="00CD0E7B">
        <w:tc>
          <w:tcPr>
            <w:tcW w:w="6041" w:type="dxa"/>
          </w:tcPr>
          <w:p w14:paraId="79760D5A" w14:textId="77777777" w:rsidR="00514D7B" w:rsidRPr="00697C37" w:rsidRDefault="001B1D64" w:rsidP="005F3BA5">
            <w:pPr>
              <w:pStyle w:val="ListParagraph"/>
              <w:numPr>
                <w:ilvl w:val="0"/>
                <w:numId w:val="36"/>
              </w:numPr>
              <w:rPr>
                <w:rFonts w:ascii="Arial" w:hAnsi="Arial" w:cs="Arial"/>
                <w:b/>
                <w:bCs/>
              </w:rPr>
            </w:pPr>
            <w:r w:rsidRPr="00697C37">
              <w:rPr>
                <w:rFonts w:ascii="Arial" w:hAnsi="Arial" w:cs="Arial"/>
                <w:b/>
                <w:bCs/>
              </w:rPr>
              <w:t>Do you have any prior or current military service?</w:t>
            </w:r>
          </w:p>
          <w:p w14:paraId="093D14B8" w14:textId="32DB0D85" w:rsidR="0044158B" w:rsidRPr="00697C37" w:rsidRDefault="0044158B" w:rsidP="005F3BA5">
            <w:pPr>
              <w:pStyle w:val="ListParagraph"/>
              <w:ind w:left="360"/>
              <w:rPr>
                <w:rFonts w:ascii="Arial" w:hAnsi="Arial" w:cs="Arial"/>
                <w:sz w:val="20"/>
                <w:szCs w:val="20"/>
              </w:rPr>
            </w:pPr>
            <w:r w:rsidRPr="00697C37">
              <w:rPr>
                <w:rFonts w:ascii="Arial" w:hAnsi="Arial" w:cs="Arial"/>
                <w:i/>
                <w:sz w:val="20"/>
                <w:szCs w:val="20"/>
              </w:rPr>
              <w:t xml:space="preserve">(Example: Yes </w:t>
            </w:r>
            <w:r w:rsidR="007073F2" w:rsidRPr="00697C37">
              <w:rPr>
                <w:rFonts w:ascii="Arial" w:hAnsi="Arial" w:cs="Arial"/>
                <w:i/>
                <w:sz w:val="20"/>
                <w:szCs w:val="20"/>
              </w:rPr>
              <w:t>- U.S. Army 2015-2019</w:t>
            </w:r>
            <w:r w:rsidRPr="00697C37">
              <w:rPr>
                <w:rFonts w:ascii="Arial" w:hAnsi="Arial" w:cs="Arial"/>
                <w:i/>
                <w:sz w:val="20"/>
                <w:szCs w:val="20"/>
              </w:rPr>
              <w:t>)</w:t>
            </w:r>
          </w:p>
        </w:tc>
        <w:tc>
          <w:tcPr>
            <w:tcW w:w="4844" w:type="dxa"/>
          </w:tcPr>
          <w:p w14:paraId="1AA5BAD2" w14:textId="10B85A8D" w:rsidR="009608FC" w:rsidRPr="00697C37" w:rsidRDefault="00C90BCA">
            <w:pPr>
              <w:rPr>
                <w:rFonts w:ascii="Arial" w:hAnsi="Arial" w:cs="Arial"/>
                <w:sz w:val="24"/>
                <w:szCs w:val="24"/>
              </w:rPr>
            </w:pPr>
            <w:sdt>
              <w:sdtPr>
                <w:rPr>
                  <w:rFonts w:ascii="Segoe UI Symbol" w:hAnsi="Segoe UI Symbol" w:cs="Segoe UI Symbol"/>
                </w:rPr>
                <w:id w:val="463867477"/>
                <w14:checkbox>
                  <w14:checked w14:val="0"/>
                  <w14:checkedState w14:val="2612" w14:font="MS Gothic"/>
                  <w14:uncheckedState w14:val="2610" w14:font="MS Gothic"/>
                </w14:checkbox>
              </w:sdtPr>
              <w:sdtEndPr/>
              <w:sdtContent>
                <w:r w:rsidR="00667CED">
                  <w:rPr>
                    <w:rFonts w:ascii="MS Gothic" w:eastAsia="MS Gothic" w:hAnsi="MS Gothic" w:cs="Segoe UI Symbol" w:hint="eastAsia"/>
                  </w:rPr>
                  <w:t>☐</w:t>
                </w:r>
              </w:sdtContent>
            </w:sdt>
            <w:r w:rsidR="00030E35" w:rsidRPr="00697C37">
              <w:rPr>
                <w:rFonts w:ascii="Arial" w:hAnsi="Arial" w:cs="Arial"/>
                <w:sz w:val="24"/>
                <w:szCs w:val="24"/>
              </w:rPr>
              <w:t xml:space="preserve"> Yes </w:t>
            </w:r>
            <w:sdt>
              <w:sdtPr>
                <w:rPr>
                  <w:rFonts w:ascii="Segoe UI Symbol" w:hAnsi="Segoe UI Symbol" w:cs="Segoe UI Symbol"/>
                </w:rPr>
                <w:id w:val="-1292057753"/>
                <w14:checkbox>
                  <w14:checked w14:val="0"/>
                  <w14:checkedState w14:val="2612" w14:font="MS Gothic"/>
                  <w14:uncheckedState w14:val="2610" w14:font="MS Gothic"/>
                </w14:checkbox>
              </w:sdtPr>
              <w:sdtEndPr/>
              <w:sdtContent>
                <w:r w:rsidR="00667CED">
                  <w:rPr>
                    <w:rFonts w:ascii="MS Gothic" w:eastAsia="MS Gothic" w:hAnsi="MS Gothic" w:cs="Segoe UI Symbol" w:hint="eastAsia"/>
                  </w:rPr>
                  <w:t>☐</w:t>
                </w:r>
              </w:sdtContent>
            </w:sdt>
            <w:r w:rsidR="00030E35" w:rsidRPr="00697C37">
              <w:rPr>
                <w:rFonts w:ascii="Arial" w:hAnsi="Arial" w:cs="Arial"/>
                <w:sz w:val="24"/>
                <w:szCs w:val="24"/>
              </w:rPr>
              <w:t xml:space="preserve"> No</w:t>
            </w:r>
          </w:p>
          <w:p w14:paraId="0750932A" w14:textId="79CE4638" w:rsidR="00514D7B" w:rsidRPr="00697C37" w:rsidRDefault="00514D7B">
            <w:pPr>
              <w:rPr>
                <w:rFonts w:ascii="Arial" w:hAnsi="Arial" w:cs="Arial"/>
                <w:sz w:val="24"/>
                <w:szCs w:val="24"/>
              </w:rPr>
            </w:pPr>
          </w:p>
        </w:tc>
      </w:tr>
      <w:tr w:rsidR="00514D7B" w:rsidRPr="00697C37" w14:paraId="321F7F30" w14:textId="77777777" w:rsidTr="00CD0E7B">
        <w:tc>
          <w:tcPr>
            <w:tcW w:w="6041" w:type="dxa"/>
          </w:tcPr>
          <w:p w14:paraId="2BD2805B" w14:textId="650DEAD3" w:rsidR="00514D7B" w:rsidRPr="00697C37" w:rsidRDefault="001B1D64" w:rsidP="005F3BA5">
            <w:pPr>
              <w:pStyle w:val="ListParagraph"/>
              <w:numPr>
                <w:ilvl w:val="0"/>
                <w:numId w:val="36"/>
              </w:numPr>
              <w:rPr>
                <w:rFonts w:ascii="Arial" w:hAnsi="Arial" w:cs="Arial"/>
                <w:sz w:val="24"/>
                <w:szCs w:val="24"/>
              </w:rPr>
            </w:pPr>
            <w:r w:rsidRPr="00697C37">
              <w:rPr>
                <w:rFonts w:ascii="Arial" w:hAnsi="Arial" w:cs="Arial"/>
                <w:b/>
                <w:bCs/>
              </w:rPr>
              <w:t>Are you a spouse of a current, active military service member?</w:t>
            </w:r>
            <w:r w:rsidR="007073F2" w:rsidRPr="00697C37">
              <w:rPr>
                <w:rFonts w:ascii="Arial" w:hAnsi="Arial" w:cs="Arial"/>
                <w:sz w:val="24"/>
                <w:szCs w:val="24"/>
              </w:rPr>
              <w:t xml:space="preserve"> </w:t>
            </w:r>
            <w:r w:rsidR="007073F2" w:rsidRPr="00697C37">
              <w:rPr>
                <w:rFonts w:ascii="Arial" w:hAnsi="Arial" w:cs="Arial"/>
                <w:i/>
                <w:iCs/>
                <w:sz w:val="20"/>
                <w:szCs w:val="20"/>
              </w:rPr>
              <w:t>(Example: No)</w:t>
            </w:r>
          </w:p>
        </w:tc>
        <w:tc>
          <w:tcPr>
            <w:tcW w:w="4844" w:type="dxa"/>
          </w:tcPr>
          <w:p w14:paraId="4592F721" w14:textId="2AB5CBAB" w:rsidR="00514D7B" w:rsidRPr="00697C37" w:rsidRDefault="00C90BCA">
            <w:pPr>
              <w:rPr>
                <w:rFonts w:ascii="Arial" w:hAnsi="Arial" w:cs="Arial"/>
                <w:sz w:val="24"/>
                <w:szCs w:val="24"/>
              </w:rPr>
            </w:pPr>
            <w:sdt>
              <w:sdtPr>
                <w:rPr>
                  <w:rFonts w:ascii="Segoe UI Symbol" w:hAnsi="Segoe UI Symbol" w:cs="Segoe UI Symbol"/>
                </w:rPr>
                <w:id w:val="-1019390802"/>
                <w14:checkbox>
                  <w14:checked w14:val="0"/>
                  <w14:checkedState w14:val="2612" w14:font="MS Gothic"/>
                  <w14:uncheckedState w14:val="2610" w14:font="MS Gothic"/>
                </w14:checkbox>
              </w:sdtPr>
              <w:sdtEndPr/>
              <w:sdtContent>
                <w:r w:rsidR="00667CED">
                  <w:rPr>
                    <w:rFonts w:ascii="MS Gothic" w:eastAsia="MS Gothic" w:hAnsi="MS Gothic" w:cs="Segoe UI Symbol" w:hint="eastAsia"/>
                  </w:rPr>
                  <w:t>☐</w:t>
                </w:r>
              </w:sdtContent>
            </w:sdt>
            <w:r w:rsidR="00667CED" w:rsidRPr="008974F2">
              <w:rPr>
                <w:rFonts w:ascii="Arial" w:hAnsi="Arial" w:cs="Arial"/>
              </w:rPr>
              <w:t xml:space="preserve"> </w:t>
            </w:r>
            <w:r w:rsidR="00030E35" w:rsidRPr="00697C37">
              <w:rPr>
                <w:rFonts w:ascii="Arial" w:hAnsi="Arial" w:cs="Arial"/>
                <w:sz w:val="24"/>
                <w:szCs w:val="24"/>
              </w:rPr>
              <w:t xml:space="preserve">Yes </w:t>
            </w:r>
            <w:sdt>
              <w:sdtPr>
                <w:rPr>
                  <w:rFonts w:ascii="Segoe UI Symbol" w:hAnsi="Segoe UI Symbol" w:cs="Segoe UI Symbol"/>
                </w:rPr>
                <w:id w:val="-1008217314"/>
                <w14:checkbox>
                  <w14:checked w14:val="0"/>
                  <w14:checkedState w14:val="2612" w14:font="MS Gothic"/>
                  <w14:uncheckedState w14:val="2610" w14:font="MS Gothic"/>
                </w14:checkbox>
              </w:sdtPr>
              <w:sdtEndPr/>
              <w:sdtContent>
                <w:r w:rsidR="00667CED">
                  <w:rPr>
                    <w:rFonts w:ascii="MS Gothic" w:eastAsia="MS Gothic" w:hAnsi="MS Gothic" w:cs="Segoe UI Symbol" w:hint="eastAsia"/>
                  </w:rPr>
                  <w:t>☐</w:t>
                </w:r>
              </w:sdtContent>
            </w:sdt>
            <w:r w:rsidR="00030E35" w:rsidRPr="00697C37">
              <w:rPr>
                <w:rFonts w:ascii="Arial" w:hAnsi="Arial" w:cs="Arial"/>
                <w:sz w:val="24"/>
                <w:szCs w:val="24"/>
              </w:rPr>
              <w:t xml:space="preserve"> No </w:t>
            </w:r>
          </w:p>
        </w:tc>
      </w:tr>
      <w:tr w:rsidR="001C1F67" w:rsidRPr="00697C37" w14:paraId="62A2A579" w14:textId="77777777" w:rsidTr="00CD0E7B">
        <w:trPr>
          <w:trHeight w:val="432"/>
        </w:trPr>
        <w:tc>
          <w:tcPr>
            <w:tcW w:w="10885" w:type="dxa"/>
            <w:gridSpan w:val="2"/>
            <w:tcBorders>
              <w:top w:val="nil"/>
              <w:left w:val="nil"/>
              <w:bottom w:val="nil"/>
              <w:right w:val="nil"/>
            </w:tcBorders>
            <w:vAlign w:val="bottom"/>
          </w:tcPr>
          <w:p w14:paraId="7C852E00" w14:textId="77777777" w:rsidR="001C1F67" w:rsidRPr="00697C37" w:rsidRDefault="001C1F67" w:rsidP="00736AC3">
            <w:pPr>
              <w:pStyle w:val="Heading2"/>
              <w:spacing w:line="276" w:lineRule="auto"/>
              <w:rPr>
                <w:rFonts w:ascii="Arial" w:hAnsi="Arial" w:cs="Arial"/>
                <w:sz w:val="24"/>
                <w:szCs w:val="24"/>
              </w:rPr>
            </w:pPr>
            <w:r w:rsidRPr="00697C37">
              <w:rPr>
                <w:rFonts w:ascii="Arial" w:hAnsi="Arial" w:cs="Arial"/>
                <w:sz w:val="24"/>
                <w:szCs w:val="24"/>
              </w:rPr>
              <w:t xml:space="preserve">Section 5: Applicant Signature </w:t>
            </w:r>
          </w:p>
          <w:p w14:paraId="1C42B78E" w14:textId="525E6FD6" w:rsidR="001C1F67" w:rsidRPr="00697C37" w:rsidRDefault="001C1F67" w:rsidP="00736AC3">
            <w:pPr>
              <w:rPr>
                <w:rFonts w:ascii="Arial" w:hAnsi="Arial" w:cs="Arial"/>
                <w:sz w:val="20"/>
                <w:szCs w:val="20"/>
              </w:rPr>
            </w:pPr>
            <w:r w:rsidRPr="00697C37">
              <w:rPr>
                <w:rFonts w:ascii="Arial" w:hAnsi="Arial" w:cs="Arial"/>
                <w:sz w:val="20"/>
                <w:szCs w:val="20"/>
              </w:rPr>
              <w:t xml:space="preserve">By signing, this applicant </w:t>
            </w:r>
            <w:r w:rsidR="00390053" w:rsidRPr="00697C37">
              <w:rPr>
                <w:rFonts w:ascii="Arial" w:hAnsi="Arial" w:cs="Arial"/>
                <w:sz w:val="20"/>
                <w:szCs w:val="20"/>
              </w:rPr>
              <w:t>agrees</w:t>
            </w:r>
            <w:r w:rsidRPr="00697C37">
              <w:rPr>
                <w:rFonts w:ascii="Arial" w:hAnsi="Arial" w:cs="Arial"/>
                <w:sz w:val="20"/>
                <w:szCs w:val="20"/>
              </w:rPr>
              <w:t xml:space="preserve"> that they have reviewed the </w:t>
            </w:r>
            <w:bookmarkStart w:id="5" w:name="_Hlk219101386"/>
            <w:r w:rsidRPr="00697C37">
              <w:rPr>
                <w:rFonts w:ascii="Arial" w:hAnsi="Arial" w:cs="Arial"/>
                <w:sz w:val="20"/>
                <w:szCs w:val="20"/>
              </w:rPr>
              <w:fldChar w:fldCharType="begin"/>
            </w:r>
            <w:r w:rsidRPr="00697C37">
              <w:rPr>
                <w:rFonts w:ascii="Arial" w:hAnsi="Arial" w:cs="Arial"/>
                <w:sz w:val="20"/>
                <w:szCs w:val="20"/>
              </w:rPr>
              <w:instrText>HYPERLINK "https://www.ncdhhs.gov/itp-policy-and-procedures-personnel-certificationdocx/download?attachment" \o "ITP Policy and Procedures for Personnel Certification.docx"</w:instrText>
            </w:r>
            <w:r w:rsidRPr="00697C37">
              <w:rPr>
                <w:rFonts w:ascii="Arial" w:hAnsi="Arial" w:cs="Arial"/>
                <w:sz w:val="20"/>
                <w:szCs w:val="20"/>
              </w:rPr>
            </w:r>
            <w:r w:rsidRPr="00697C37">
              <w:rPr>
                <w:rFonts w:ascii="Arial" w:hAnsi="Arial" w:cs="Arial"/>
                <w:sz w:val="20"/>
                <w:szCs w:val="20"/>
              </w:rPr>
              <w:fldChar w:fldCharType="separate"/>
            </w:r>
            <w:r w:rsidRPr="00697C37">
              <w:rPr>
                <w:rStyle w:val="Hyperlink"/>
                <w:rFonts w:ascii="Arial" w:hAnsi="Arial" w:cs="Arial"/>
                <w:sz w:val="20"/>
                <w:szCs w:val="20"/>
              </w:rPr>
              <w:t>ITP Procedural Guidance for Personnel Certification</w:t>
            </w:r>
            <w:r w:rsidRPr="00697C37">
              <w:rPr>
                <w:rFonts w:ascii="Arial" w:hAnsi="Arial" w:cs="Arial"/>
                <w:sz w:val="20"/>
                <w:szCs w:val="20"/>
              </w:rPr>
              <w:fldChar w:fldCharType="end"/>
            </w:r>
            <w:bookmarkEnd w:id="5"/>
            <w:r w:rsidRPr="00697C37">
              <w:rPr>
                <w:rFonts w:ascii="Arial" w:hAnsi="Arial" w:cs="Arial"/>
                <w:sz w:val="20"/>
                <w:szCs w:val="20"/>
              </w:rPr>
              <w:t xml:space="preserve"> document and that all information provided within this application is correct. Once signed and dated, the application and copy of official transcripts is forwarded to the CDSA with which the employer is contracted.</w:t>
            </w:r>
            <w:r w:rsidR="00A14E11" w:rsidRPr="00697C37">
              <w:rPr>
                <w:rFonts w:ascii="Arial" w:hAnsi="Arial" w:cs="Arial"/>
                <w:sz w:val="20"/>
                <w:szCs w:val="20"/>
              </w:rPr>
              <w:t xml:space="preserve"> I am aware that </w:t>
            </w:r>
            <w:r w:rsidR="00F132F6" w:rsidRPr="00697C37">
              <w:rPr>
                <w:rFonts w:ascii="Arial" w:hAnsi="Arial" w:cs="Arial"/>
                <w:sz w:val="20"/>
                <w:szCs w:val="20"/>
              </w:rPr>
              <w:t>a</w:t>
            </w:r>
            <w:r w:rsidR="00A14E11" w:rsidRPr="00697C37">
              <w:rPr>
                <w:rFonts w:ascii="Arial" w:hAnsi="Arial" w:cs="Arial"/>
                <w:sz w:val="20"/>
                <w:szCs w:val="20"/>
              </w:rPr>
              <w:t>pproval and denial decisions are respected and upheld across all CDSAs</w:t>
            </w:r>
            <w:r w:rsidR="00F132F6" w:rsidRPr="00697C37">
              <w:rPr>
                <w:rFonts w:ascii="Arial" w:hAnsi="Arial" w:cs="Arial"/>
                <w:sz w:val="20"/>
                <w:szCs w:val="20"/>
              </w:rPr>
              <w:t>.</w:t>
            </w:r>
          </w:p>
          <w:tbl>
            <w:tblPr>
              <w:tblStyle w:val="TableGrid"/>
              <w:tblW w:w="10772" w:type="dxa"/>
              <w:tblLook w:val="04A0" w:firstRow="1" w:lastRow="0" w:firstColumn="1" w:lastColumn="0" w:noHBand="0" w:noVBand="1"/>
            </w:tblPr>
            <w:tblGrid>
              <w:gridCol w:w="4752"/>
              <w:gridCol w:w="6020"/>
            </w:tblGrid>
            <w:tr w:rsidR="001C1F67" w:rsidRPr="00697C37" w14:paraId="45357012" w14:textId="77777777" w:rsidTr="004B6A09">
              <w:trPr>
                <w:trHeight w:val="611"/>
              </w:trPr>
              <w:tc>
                <w:tcPr>
                  <w:tcW w:w="4752" w:type="dxa"/>
                </w:tcPr>
                <w:p w14:paraId="4688784F" w14:textId="77777777" w:rsidR="001C1F67" w:rsidRPr="00697C37" w:rsidRDefault="001C1F67" w:rsidP="00736AC3">
                  <w:pPr>
                    <w:rPr>
                      <w:rFonts w:ascii="Arial" w:hAnsi="Arial" w:cs="Arial"/>
                      <w:b/>
                      <w:bCs/>
                    </w:rPr>
                  </w:pPr>
                  <w:r w:rsidRPr="00697C37">
                    <w:rPr>
                      <w:rFonts w:ascii="Arial" w:hAnsi="Arial" w:cs="Arial"/>
                      <w:b/>
                      <w:bCs/>
                    </w:rPr>
                    <w:t xml:space="preserve">Signature </w:t>
                  </w:r>
                </w:p>
                <w:p w14:paraId="7C7C519A" w14:textId="7D448290" w:rsidR="001C1F67" w:rsidRPr="00697C37" w:rsidRDefault="001C1F67" w:rsidP="00736AC3">
                  <w:pPr>
                    <w:rPr>
                      <w:rFonts w:ascii="Arial" w:hAnsi="Arial" w:cs="Arial"/>
                      <w:sz w:val="20"/>
                      <w:szCs w:val="20"/>
                    </w:rPr>
                  </w:pPr>
                  <w:r w:rsidRPr="00697C37">
                    <w:rPr>
                      <w:rFonts w:ascii="Arial" w:hAnsi="Arial" w:cs="Arial"/>
                      <w:sz w:val="20"/>
                      <w:szCs w:val="20"/>
                    </w:rPr>
                    <w:t>(</w:t>
                  </w:r>
                  <w:r w:rsidRPr="00697C37">
                    <w:rPr>
                      <w:rFonts w:ascii="Arial" w:hAnsi="Arial" w:cs="Arial"/>
                      <w:i/>
                      <w:iCs/>
                      <w:sz w:val="20"/>
                      <w:szCs w:val="20"/>
                    </w:rPr>
                    <w:t>Example:</w:t>
                  </w:r>
                  <w:r w:rsidRPr="00697C37">
                    <w:rPr>
                      <w:rFonts w:ascii="Arial" w:hAnsi="Arial" w:cs="Arial"/>
                      <w:sz w:val="20"/>
                      <w:szCs w:val="20"/>
                    </w:rPr>
                    <w:t xml:space="preserve"> </w:t>
                  </w:r>
                  <w:r w:rsidR="00B530A2" w:rsidRPr="00697C37">
                    <w:rPr>
                      <w:rFonts w:ascii="Dreaming Outloud Script Pro" w:hAnsi="Dreaming Outloud Script Pro" w:cs="Dreaming Outloud Script Pro"/>
                      <w:sz w:val="20"/>
                      <w:szCs w:val="20"/>
                    </w:rPr>
                    <w:t>Minnie</w:t>
                  </w:r>
                  <w:r w:rsidRPr="00697C37">
                    <w:rPr>
                      <w:rFonts w:ascii="Dreaming Outloud Script Pro" w:hAnsi="Dreaming Outloud Script Pro" w:cs="Dreaming Outloud Script Pro"/>
                      <w:sz w:val="20"/>
                      <w:szCs w:val="20"/>
                    </w:rPr>
                    <w:t xml:space="preserve"> Smith </w:t>
                  </w:r>
                  <w:r w:rsidR="00B530A2" w:rsidRPr="00697C37">
                    <w:rPr>
                      <w:rFonts w:ascii="Dreaming Outloud Script Pro" w:hAnsi="Dreaming Outloud Script Pro" w:cs="Dreaming Outloud Script Pro"/>
                      <w:sz w:val="20"/>
                      <w:szCs w:val="20"/>
                    </w:rPr>
                    <w:t>Mouse</w:t>
                  </w:r>
                  <w:r w:rsidRPr="00697C37">
                    <w:rPr>
                      <w:rFonts w:ascii="Arial" w:hAnsi="Arial" w:cs="Arial"/>
                      <w:sz w:val="20"/>
                      <w:szCs w:val="20"/>
                    </w:rPr>
                    <w:t>)</w:t>
                  </w:r>
                </w:p>
              </w:tc>
              <w:tc>
                <w:tcPr>
                  <w:tcW w:w="6020" w:type="dxa"/>
                </w:tcPr>
                <w:p w14:paraId="48537828" w14:textId="0DF02575" w:rsidR="001C1F67" w:rsidRPr="00697C37" w:rsidRDefault="001C1F67" w:rsidP="00736AC3">
                  <w:pPr>
                    <w:rPr>
                      <w:rFonts w:ascii="Arial" w:hAnsi="Arial" w:cs="Arial"/>
                      <w:sz w:val="24"/>
                      <w:szCs w:val="24"/>
                    </w:rPr>
                  </w:pPr>
                </w:p>
              </w:tc>
            </w:tr>
            <w:tr w:rsidR="001C1F67" w:rsidRPr="00697C37" w14:paraId="2A07E7C8" w14:textId="77777777" w:rsidTr="004B6A09">
              <w:trPr>
                <w:trHeight w:val="611"/>
              </w:trPr>
              <w:tc>
                <w:tcPr>
                  <w:tcW w:w="4752" w:type="dxa"/>
                </w:tcPr>
                <w:p w14:paraId="2E193EB4" w14:textId="77777777" w:rsidR="001C1F67" w:rsidRPr="00697C37" w:rsidRDefault="001C1F67" w:rsidP="00736AC3">
                  <w:pPr>
                    <w:rPr>
                      <w:rFonts w:ascii="Arial" w:hAnsi="Arial" w:cs="Arial"/>
                      <w:b/>
                      <w:bCs/>
                    </w:rPr>
                  </w:pPr>
                  <w:r w:rsidRPr="00697C37">
                    <w:rPr>
                      <w:rFonts w:ascii="Arial" w:hAnsi="Arial" w:cs="Arial"/>
                      <w:b/>
                      <w:bCs/>
                    </w:rPr>
                    <w:t xml:space="preserve">Type Complete Name and Title </w:t>
                  </w:r>
                </w:p>
                <w:p w14:paraId="198742E7" w14:textId="34D61429" w:rsidR="001C1F67" w:rsidRPr="00697C37" w:rsidRDefault="001C1F67" w:rsidP="00736AC3">
                  <w:pPr>
                    <w:rPr>
                      <w:rFonts w:ascii="Arial" w:hAnsi="Arial" w:cs="Arial"/>
                      <w:i/>
                      <w:iCs/>
                      <w:sz w:val="20"/>
                      <w:szCs w:val="20"/>
                    </w:rPr>
                  </w:pPr>
                  <w:r w:rsidRPr="00697C37">
                    <w:rPr>
                      <w:rFonts w:ascii="Arial" w:hAnsi="Arial" w:cs="Arial"/>
                      <w:i/>
                      <w:iCs/>
                      <w:sz w:val="20"/>
                      <w:szCs w:val="20"/>
                    </w:rPr>
                    <w:t xml:space="preserve">(Example: </w:t>
                  </w:r>
                  <w:r w:rsidR="00B530A2" w:rsidRPr="00697C37">
                    <w:rPr>
                      <w:rFonts w:ascii="Arial" w:hAnsi="Arial" w:cs="Arial"/>
                      <w:i/>
                      <w:iCs/>
                      <w:sz w:val="20"/>
                      <w:szCs w:val="20"/>
                    </w:rPr>
                    <w:t>Minnie</w:t>
                  </w:r>
                  <w:r w:rsidRPr="00697C37">
                    <w:rPr>
                      <w:rFonts w:ascii="Arial" w:hAnsi="Arial" w:cs="Arial"/>
                      <w:i/>
                      <w:iCs/>
                      <w:sz w:val="20"/>
                      <w:szCs w:val="20"/>
                    </w:rPr>
                    <w:t xml:space="preserve"> Smith </w:t>
                  </w:r>
                  <w:r w:rsidR="00B530A2" w:rsidRPr="00697C37">
                    <w:rPr>
                      <w:rFonts w:ascii="Arial" w:hAnsi="Arial" w:cs="Arial"/>
                      <w:i/>
                      <w:iCs/>
                      <w:sz w:val="20"/>
                      <w:szCs w:val="20"/>
                    </w:rPr>
                    <w:t>Mouse</w:t>
                  </w:r>
                  <w:r w:rsidRPr="00697C37">
                    <w:rPr>
                      <w:rFonts w:ascii="Arial" w:hAnsi="Arial" w:cs="Arial"/>
                      <w:i/>
                      <w:iCs/>
                      <w:sz w:val="20"/>
                      <w:szCs w:val="20"/>
                    </w:rPr>
                    <w:t xml:space="preserve">, </w:t>
                  </w:r>
                  <w:r w:rsidR="007143F6">
                    <w:rPr>
                      <w:rFonts w:ascii="Arial" w:hAnsi="Arial" w:cs="Arial"/>
                      <w:i/>
                      <w:iCs/>
                      <w:sz w:val="20"/>
                      <w:szCs w:val="20"/>
                    </w:rPr>
                    <w:t>Special Instructor</w:t>
                  </w:r>
                  <w:r w:rsidRPr="00697C37">
                    <w:rPr>
                      <w:rFonts w:ascii="Arial" w:hAnsi="Arial" w:cs="Arial"/>
                      <w:i/>
                      <w:iCs/>
                      <w:sz w:val="20"/>
                      <w:szCs w:val="20"/>
                    </w:rPr>
                    <w:t>)</w:t>
                  </w:r>
                </w:p>
              </w:tc>
              <w:tc>
                <w:tcPr>
                  <w:tcW w:w="6020" w:type="dxa"/>
                </w:tcPr>
                <w:p w14:paraId="751E64A4" w14:textId="10C3A032" w:rsidR="001C1F67" w:rsidRPr="00697C37" w:rsidRDefault="00667CED" w:rsidP="00736AC3">
                  <w:pPr>
                    <w:rPr>
                      <w:rFonts w:ascii="Arial" w:hAnsi="Arial" w:cs="Arial"/>
                      <w:sz w:val="24"/>
                      <w:szCs w:val="24"/>
                    </w:rPr>
                  </w:pPr>
                  <w:r w:rsidRPr="00697C37">
                    <w:rPr>
                      <w:rFonts w:ascii="Arial" w:hAnsi="Arial" w:cs="Arial"/>
                      <w:sz w:val="24"/>
                      <w:szCs w:val="24"/>
                    </w:rPr>
                    <w:fldChar w:fldCharType="begin">
                      <w:ffData>
                        <w:name w:val="Text5"/>
                        <w:enabled/>
                        <w:calcOnExit w:val="0"/>
                        <w:textInput/>
                      </w:ffData>
                    </w:fldChar>
                  </w:r>
                  <w:r w:rsidRPr="00697C37">
                    <w:rPr>
                      <w:rFonts w:ascii="Arial" w:hAnsi="Arial" w:cs="Arial"/>
                      <w:sz w:val="24"/>
                      <w:szCs w:val="24"/>
                    </w:rPr>
                    <w:instrText xml:space="preserve"> FORMTEXT </w:instrText>
                  </w:r>
                  <w:r w:rsidRPr="00697C37">
                    <w:rPr>
                      <w:rFonts w:ascii="Arial" w:hAnsi="Arial" w:cs="Arial"/>
                      <w:sz w:val="24"/>
                      <w:szCs w:val="24"/>
                    </w:rPr>
                  </w:r>
                  <w:r w:rsidRPr="00697C37">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697C37">
                    <w:rPr>
                      <w:rFonts w:ascii="Arial" w:hAnsi="Arial" w:cs="Arial"/>
                      <w:sz w:val="24"/>
                      <w:szCs w:val="24"/>
                    </w:rPr>
                    <w:fldChar w:fldCharType="end"/>
                  </w:r>
                </w:p>
              </w:tc>
            </w:tr>
            <w:tr w:rsidR="001C1F67" w:rsidRPr="00697C37" w14:paraId="6D755788" w14:textId="77777777" w:rsidTr="004B6A09">
              <w:tc>
                <w:tcPr>
                  <w:tcW w:w="4752" w:type="dxa"/>
                </w:tcPr>
                <w:p w14:paraId="0C53B568" w14:textId="77777777" w:rsidR="001C1F67" w:rsidRPr="00697C37" w:rsidRDefault="001C1F67" w:rsidP="00736AC3">
                  <w:pPr>
                    <w:rPr>
                      <w:rFonts w:ascii="Arial" w:hAnsi="Arial" w:cs="Arial"/>
                    </w:rPr>
                  </w:pPr>
                  <w:r w:rsidRPr="00697C37">
                    <w:rPr>
                      <w:rFonts w:ascii="Arial" w:hAnsi="Arial" w:cs="Arial"/>
                      <w:b/>
                      <w:bCs/>
                    </w:rPr>
                    <w:t>Date</w:t>
                  </w:r>
                  <w:r w:rsidRPr="00697C37">
                    <w:rPr>
                      <w:rFonts w:ascii="Arial" w:hAnsi="Arial" w:cs="Arial"/>
                    </w:rPr>
                    <w:t xml:space="preserve"> </w:t>
                  </w:r>
                </w:p>
                <w:p w14:paraId="026310C8" w14:textId="77777777" w:rsidR="001C1F67" w:rsidRPr="00697C37" w:rsidRDefault="001C1F67" w:rsidP="00736AC3">
                  <w:pPr>
                    <w:rPr>
                      <w:rFonts w:ascii="Arial" w:hAnsi="Arial" w:cs="Arial"/>
                      <w:sz w:val="24"/>
                      <w:szCs w:val="24"/>
                    </w:rPr>
                  </w:pPr>
                  <w:r w:rsidRPr="00697C37">
                    <w:rPr>
                      <w:rFonts w:ascii="Arial" w:hAnsi="Arial" w:cs="Arial"/>
                      <w:i/>
                      <w:sz w:val="20"/>
                      <w:szCs w:val="20"/>
                    </w:rPr>
                    <w:t>(Example: 01/07/2026)</w:t>
                  </w:r>
                </w:p>
              </w:tc>
              <w:tc>
                <w:tcPr>
                  <w:tcW w:w="6020" w:type="dxa"/>
                </w:tcPr>
                <w:sdt>
                  <w:sdtPr>
                    <w:rPr>
                      <w:rFonts w:ascii="Arial" w:hAnsi="Arial" w:cs="Arial"/>
                      <w:i/>
                      <w:sz w:val="24"/>
                      <w:szCs w:val="24"/>
                      <w:u w:val="single"/>
                    </w:rPr>
                    <w:id w:val="-2143025032"/>
                    <w:placeholder>
                      <w:docPart w:val="25B9C3DE989546AAADF5344ACC799938"/>
                    </w:placeholder>
                    <w:showingPlcHdr/>
                    <w:date w:fullDate="2026-05-21T00:00:00Z">
                      <w:dateFormat w:val="M/d/yyyy"/>
                      <w:lid w:val="en-US"/>
                      <w:storeMappedDataAs w:val="dateTime"/>
                      <w:calendar w:val="gregorian"/>
                    </w:date>
                  </w:sdtPr>
                  <w:sdtEndPr/>
                  <w:sdtContent>
                    <w:p w14:paraId="2D876C66" w14:textId="577BE3A8" w:rsidR="001C1F67" w:rsidRPr="00697C37" w:rsidRDefault="003E16F6" w:rsidP="00736AC3">
                      <w:pPr>
                        <w:rPr>
                          <w:rFonts w:ascii="Arial" w:hAnsi="Arial" w:cs="Arial"/>
                          <w:i/>
                          <w:sz w:val="24"/>
                          <w:szCs w:val="24"/>
                          <w:u w:val="single"/>
                        </w:rPr>
                      </w:pPr>
                      <w:r w:rsidRPr="0099723C">
                        <w:rPr>
                          <w:rStyle w:val="PlaceholderText"/>
                        </w:rPr>
                        <w:t>Click or tap to enter a date.</w:t>
                      </w:r>
                    </w:p>
                  </w:sdtContent>
                </w:sdt>
                <w:p w14:paraId="3F56512F" w14:textId="77777777" w:rsidR="001C1F67" w:rsidRPr="00697C37" w:rsidRDefault="001C1F67" w:rsidP="00736AC3">
                  <w:pPr>
                    <w:rPr>
                      <w:rFonts w:ascii="Arial" w:hAnsi="Arial" w:cs="Arial"/>
                      <w:sz w:val="24"/>
                      <w:szCs w:val="24"/>
                    </w:rPr>
                  </w:pPr>
                </w:p>
              </w:tc>
            </w:tr>
          </w:tbl>
          <w:p w14:paraId="49ABE5FB" w14:textId="77777777" w:rsidR="001C1F67" w:rsidRPr="00697C37" w:rsidRDefault="001C1F67" w:rsidP="00AC4012">
            <w:pPr>
              <w:pStyle w:val="BodyText"/>
              <w:contextualSpacing/>
              <w:rPr>
                <w:rFonts w:ascii="Georgia" w:eastAsia="Georgia" w:hAnsi="Georgia" w:cs="Georgia"/>
                <w:color w:val="FF0000"/>
              </w:rPr>
            </w:pPr>
          </w:p>
        </w:tc>
      </w:tr>
    </w:tbl>
    <w:p w14:paraId="72B35D34" w14:textId="77777777" w:rsidR="00243856" w:rsidRPr="00697C37" w:rsidRDefault="00243856" w:rsidP="00243856">
      <w:pPr>
        <w:pStyle w:val="Heading2"/>
        <w:spacing w:before="0"/>
        <w:rPr>
          <w:rFonts w:ascii="Arial" w:hAnsi="Arial" w:cs="Arial"/>
          <w:sz w:val="24"/>
          <w:szCs w:val="24"/>
        </w:rPr>
      </w:pPr>
    </w:p>
    <w:p w14:paraId="43B4E5E2" w14:textId="02041C03" w:rsidR="008A0743" w:rsidRPr="00697C37" w:rsidRDefault="001B1D64" w:rsidP="00243856">
      <w:pPr>
        <w:pStyle w:val="Heading2"/>
        <w:spacing w:before="0" w:line="240" w:lineRule="auto"/>
        <w:rPr>
          <w:rFonts w:ascii="Arial" w:hAnsi="Arial" w:cs="Arial"/>
          <w:sz w:val="24"/>
          <w:szCs w:val="24"/>
        </w:rPr>
      </w:pPr>
      <w:r w:rsidRPr="00697C37">
        <w:rPr>
          <w:rFonts w:ascii="Arial" w:hAnsi="Arial" w:cs="Arial"/>
          <w:sz w:val="24"/>
          <w:szCs w:val="24"/>
        </w:rPr>
        <w:t>For CDSA Use Only</w:t>
      </w:r>
      <w:r w:rsidR="00081DC3" w:rsidRPr="00697C37">
        <w:rPr>
          <w:rFonts w:ascii="Arial" w:hAnsi="Arial" w:cs="Arial"/>
          <w:sz w:val="24"/>
          <w:szCs w:val="24"/>
        </w:rPr>
        <w:t xml:space="preserve"> </w:t>
      </w:r>
    </w:p>
    <w:p w14:paraId="2CB82348" w14:textId="2E746E36" w:rsidR="00514D7B" w:rsidRPr="00697C37" w:rsidRDefault="00846CEB" w:rsidP="00243856">
      <w:pPr>
        <w:pStyle w:val="Heading2"/>
        <w:spacing w:before="0" w:line="240" w:lineRule="auto"/>
        <w:rPr>
          <w:rFonts w:ascii="Arial" w:hAnsi="Arial" w:cs="Arial"/>
          <w:b w:val="0"/>
          <w:bCs w:val="0"/>
          <w:color w:val="auto"/>
          <w:sz w:val="20"/>
          <w:szCs w:val="20"/>
        </w:rPr>
      </w:pPr>
      <w:r w:rsidRPr="00697C37">
        <w:rPr>
          <w:rFonts w:ascii="Arial" w:eastAsiaTheme="minorEastAsia" w:hAnsi="Arial" w:cs="Arial"/>
          <w:b w:val="0"/>
          <w:bCs w:val="0"/>
          <w:color w:val="auto"/>
          <w:sz w:val="20"/>
          <w:szCs w:val="20"/>
        </w:rPr>
        <w:t>Once</w:t>
      </w:r>
      <w:r w:rsidRPr="00697C37">
        <w:rPr>
          <w:rFonts w:ascii="Arial" w:hAnsi="Arial" w:cs="Arial"/>
          <w:b w:val="0"/>
          <w:bCs w:val="0"/>
          <w:color w:val="auto"/>
          <w:sz w:val="20"/>
          <w:szCs w:val="20"/>
        </w:rPr>
        <w:t xml:space="preserve"> </w:t>
      </w:r>
      <w:r w:rsidR="007B7C90" w:rsidRPr="00697C37">
        <w:rPr>
          <w:rFonts w:ascii="Arial" w:hAnsi="Arial" w:cs="Arial"/>
          <w:b w:val="0"/>
          <w:bCs w:val="0"/>
          <w:color w:val="auto"/>
          <w:sz w:val="20"/>
          <w:szCs w:val="20"/>
        </w:rPr>
        <w:t>thi</w:t>
      </w:r>
      <w:r w:rsidR="0052574C" w:rsidRPr="00697C37">
        <w:rPr>
          <w:rFonts w:ascii="Arial" w:hAnsi="Arial" w:cs="Arial"/>
          <w:b w:val="0"/>
          <w:bCs w:val="0"/>
          <w:color w:val="auto"/>
          <w:sz w:val="20"/>
          <w:szCs w:val="20"/>
        </w:rPr>
        <w:t xml:space="preserve">s </w:t>
      </w:r>
      <w:r w:rsidRPr="00697C37">
        <w:rPr>
          <w:rFonts w:ascii="Arial" w:hAnsi="Arial" w:cs="Arial"/>
          <w:b w:val="0"/>
          <w:bCs w:val="0"/>
          <w:color w:val="auto"/>
          <w:sz w:val="20"/>
          <w:szCs w:val="20"/>
        </w:rPr>
        <w:t>section is complete</w:t>
      </w:r>
      <w:r w:rsidR="007B7C90" w:rsidRPr="00697C37">
        <w:rPr>
          <w:rFonts w:ascii="Arial" w:hAnsi="Arial" w:cs="Arial"/>
          <w:b w:val="0"/>
          <w:bCs w:val="0"/>
          <w:color w:val="auto"/>
          <w:sz w:val="20"/>
          <w:szCs w:val="20"/>
        </w:rPr>
        <w:t>,</w:t>
      </w:r>
      <w:r w:rsidRPr="00697C37">
        <w:rPr>
          <w:rFonts w:ascii="Arial" w:hAnsi="Arial" w:cs="Arial"/>
          <w:b w:val="0"/>
          <w:bCs w:val="0"/>
          <w:color w:val="auto"/>
          <w:sz w:val="20"/>
          <w:szCs w:val="20"/>
        </w:rPr>
        <w:t xml:space="preserve"> send a </w:t>
      </w:r>
      <w:r w:rsidR="0052574C" w:rsidRPr="00697C37">
        <w:rPr>
          <w:rFonts w:ascii="Arial" w:hAnsi="Arial" w:cs="Arial"/>
          <w:b w:val="0"/>
          <w:bCs w:val="0"/>
          <w:color w:val="auto"/>
          <w:sz w:val="20"/>
          <w:szCs w:val="20"/>
        </w:rPr>
        <w:t xml:space="preserve">copy with Award/Denial Letter to </w:t>
      </w:r>
      <w:r w:rsidR="008A0743" w:rsidRPr="00697C37">
        <w:rPr>
          <w:rFonts w:ascii="Arial" w:hAnsi="Arial" w:cs="Arial"/>
          <w:b w:val="0"/>
          <w:bCs w:val="0"/>
          <w:color w:val="auto"/>
          <w:sz w:val="20"/>
          <w:szCs w:val="20"/>
        </w:rPr>
        <w:t>applicant copying the Provider Head.</w:t>
      </w:r>
    </w:p>
    <w:tbl>
      <w:tblPr>
        <w:tblStyle w:val="TableGrid"/>
        <w:tblW w:w="0" w:type="auto"/>
        <w:tblLook w:val="04A0" w:firstRow="1" w:lastRow="0" w:firstColumn="1" w:lastColumn="0" w:noHBand="0" w:noVBand="1"/>
      </w:tblPr>
      <w:tblGrid>
        <w:gridCol w:w="4765"/>
        <w:gridCol w:w="6025"/>
      </w:tblGrid>
      <w:tr w:rsidR="00514D7B" w:rsidRPr="00697C37" w14:paraId="6C1ACB6D" w14:textId="77777777" w:rsidTr="004B6A09">
        <w:tc>
          <w:tcPr>
            <w:tcW w:w="4765" w:type="dxa"/>
          </w:tcPr>
          <w:p w14:paraId="6569D3A0" w14:textId="21CE348E" w:rsidR="0077077C" w:rsidRPr="00697C37" w:rsidRDefault="001B1D64">
            <w:pPr>
              <w:rPr>
                <w:rFonts w:ascii="Arial" w:hAnsi="Arial" w:cs="Arial"/>
              </w:rPr>
            </w:pPr>
            <w:r w:rsidRPr="00697C37">
              <w:rPr>
                <w:rFonts w:ascii="Arial" w:hAnsi="Arial" w:cs="Arial"/>
              </w:rPr>
              <w:t xml:space="preserve">Date </w:t>
            </w:r>
            <w:r w:rsidR="0077077C" w:rsidRPr="00697C37">
              <w:rPr>
                <w:rFonts w:ascii="Arial" w:hAnsi="Arial" w:cs="Arial"/>
              </w:rPr>
              <w:t xml:space="preserve">Application </w:t>
            </w:r>
            <w:r w:rsidRPr="00697C37">
              <w:rPr>
                <w:rFonts w:ascii="Arial" w:hAnsi="Arial" w:cs="Arial"/>
              </w:rPr>
              <w:t>Received by</w:t>
            </w:r>
            <w:r w:rsidR="00963EC5" w:rsidRPr="00697C37">
              <w:rPr>
                <w:rFonts w:ascii="Arial" w:hAnsi="Arial" w:cs="Arial"/>
              </w:rPr>
              <w:t xml:space="preserve"> the</w:t>
            </w:r>
            <w:r w:rsidRPr="00697C37">
              <w:rPr>
                <w:rFonts w:ascii="Arial" w:hAnsi="Arial" w:cs="Arial"/>
              </w:rPr>
              <w:t xml:space="preserve"> </w:t>
            </w:r>
            <w:r w:rsidR="0077077C" w:rsidRPr="00697C37">
              <w:rPr>
                <w:rFonts w:ascii="Arial" w:hAnsi="Arial" w:cs="Arial"/>
              </w:rPr>
              <w:t>CDSA</w:t>
            </w:r>
            <w:r w:rsidR="00963EC5" w:rsidRPr="00697C37">
              <w:rPr>
                <w:rFonts w:ascii="Arial" w:hAnsi="Arial" w:cs="Arial"/>
              </w:rPr>
              <w:t>:</w:t>
            </w:r>
          </w:p>
          <w:p w14:paraId="2E8AA53C" w14:textId="1579BC3D" w:rsidR="0077077C" w:rsidRPr="00697C37" w:rsidRDefault="00F6224B">
            <w:pPr>
              <w:rPr>
                <w:rFonts w:ascii="Arial" w:hAnsi="Arial" w:cs="Arial"/>
                <w:i/>
                <w:sz w:val="20"/>
                <w:szCs w:val="20"/>
              </w:rPr>
            </w:pPr>
            <w:r w:rsidRPr="00697C37">
              <w:rPr>
                <w:rFonts w:ascii="Arial" w:hAnsi="Arial" w:cs="Arial"/>
                <w:i/>
                <w:sz w:val="20"/>
                <w:szCs w:val="20"/>
              </w:rPr>
              <w:t>(Example: 01/07/2026)</w:t>
            </w:r>
          </w:p>
          <w:p w14:paraId="7A95EE97" w14:textId="77777777" w:rsidR="00F6224B" w:rsidRPr="00697C37" w:rsidRDefault="00F6224B">
            <w:pPr>
              <w:rPr>
                <w:rFonts w:ascii="Arial" w:hAnsi="Arial" w:cs="Arial"/>
                <w:sz w:val="24"/>
                <w:szCs w:val="24"/>
              </w:rPr>
            </w:pPr>
          </w:p>
          <w:p w14:paraId="2FCB5FFB" w14:textId="77777777" w:rsidR="00514D7B" w:rsidRPr="00697C37" w:rsidRDefault="0077077C">
            <w:pPr>
              <w:rPr>
                <w:rFonts w:ascii="Arial" w:hAnsi="Arial" w:cs="Arial"/>
              </w:rPr>
            </w:pPr>
            <w:r w:rsidRPr="00697C37">
              <w:rPr>
                <w:rFonts w:ascii="Arial" w:hAnsi="Arial" w:cs="Arial"/>
              </w:rPr>
              <w:t>CDSA Recipient’s Name (</w:t>
            </w:r>
            <w:r w:rsidRPr="00697C37">
              <w:rPr>
                <w:rFonts w:ascii="Arial" w:hAnsi="Arial" w:cs="Arial"/>
                <w:b/>
                <w:bCs/>
              </w:rPr>
              <w:t>Optional</w:t>
            </w:r>
            <w:r w:rsidRPr="00697C37">
              <w:rPr>
                <w:rFonts w:ascii="Arial" w:hAnsi="Arial" w:cs="Arial"/>
              </w:rPr>
              <w:t>)</w:t>
            </w:r>
          </w:p>
          <w:p w14:paraId="2F2E51DB" w14:textId="64EF0167" w:rsidR="00F6224B" w:rsidRPr="00697C37" w:rsidRDefault="00F6224B">
            <w:pPr>
              <w:rPr>
                <w:rFonts w:ascii="Arial" w:hAnsi="Arial" w:cs="Arial"/>
                <w:i/>
                <w:iCs/>
                <w:sz w:val="20"/>
                <w:szCs w:val="20"/>
              </w:rPr>
            </w:pPr>
            <w:r w:rsidRPr="00697C37">
              <w:rPr>
                <w:rFonts w:ascii="Arial" w:hAnsi="Arial" w:cs="Arial"/>
                <w:i/>
                <w:iCs/>
                <w:sz w:val="20"/>
                <w:szCs w:val="20"/>
              </w:rPr>
              <w:t>(Example: Joseph Cane, CDSA Admin. Staff)</w:t>
            </w:r>
          </w:p>
        </w:tc>
        <w:tc>
          <w:tcPr>
            <w:tcW w:w="6025" w:type="dxa"/>
          </w:tcPr>
          <w:p w14:paraId="1072E6CD" w14:textId="183E7D84" w:rsidR="0077077C" w:rsidRPr="00697C37" w:rsidRDefault="00C90BCA">
            <w:pPr>
              <w:rPr>
                <w:rFonts w:ascii="Arial" w:hAnsi="Arial" w:cs="Arial"/>
                <w:sz w:val="24"/>
                <w:szCs w:val="24"/>
              </w:rPr>
            </w:pPr>
            <w:sdt>
              <w:sdtPr>
                <w:rPr>
                  <w:rFonts w:ascii="Arial" w:hAnsi="Arial" w:cs="Arial"/>
                  <w:i/>
                  <w:sz w:val="24"/>
                  <w:szCs w:val="24"/>
                </w:rPr>
                <w:id w:val="830950452"/>
                <w:placeholder>
                  <w:docPart w:val="AADFEBBE12554CF48334C8B22CCB7BAF"/>
                </w:placeholder>
                <w:showingPlcHdr/>
                <w:date w:fullDate="2026-05-21T00:00:00Z">
                  <w:dateFormat w:val="M/d/yyyy"/>
                  <w:lid w:val="en-US"/>
                  <w:storeMappedDataAs w:val="dateTime"/>
                  <w:calendar w:val="gregorian"/>
                </w:date>
              </w:sdtPr>
              <w:sdtEndPr/>
              <w:sdtContent>
                <w:r w:rsidR="003E16F6" w:rsidRPr="0099723C">
                  <w:rPr>
                    <w:rStyle w:val="PlaceholderText"/>
                  </w:rPr>
                  <w:t>Click or tap to enter a date.</w:t>
                </w:r>
              </w:sdtContent>
            </w:sdt>
          </w:p>
          <w:p w14:paraId="32547F42" w14:textId="77777777" w:rsidR="0077077C" w:rsidRPr="00697C37" w:rsidRDefault="0077077C">
            <w:pPr>
              <w:rPr>
                <w:rFonts w:ascii="Arial" w:hAnsi="Arial" w:cs="Arial"/>
                <w:iCs/>
                <w:sz w:val="24"/>
                <w:szCs w:val="24"/>
              </w:rPr>
            </w:pPr>
          </w:p>
          <w:p w14:paraId="1949C891" w14:textId="77777777" w:rsidR="00963EC5" w:rsidRPr="00697C37" w:rsidRDefault="00963EC5">
            <w:pPr>
              <w:rPr>
                <w:rFonts w:ascii="Arial" w:hAnsi="Arial" w:cs="Arial"/>
                <w:iCs/>
                <w:sz w:val="24"/>
                <w:szCs w:val="24"/>
              </w:rPr>
            </w:pPr>
          </w:p>
          <w:p w14:paraId="1F070A17" w14:textId="17F1CD0F" w:rsidR="00356F7C" w:rsidRPr="00697C37" w:rsidRDefault="00356F7C">
            <w:pPr>
              <w:rPr>
                <w:rFonts w:ascii="Arial" w:hAnsi="Arial" w:cs="Arial"/>
                <w:i/>
                <w:sz w:val="24"/>
                <w:szCs w:val="24"/>
              </w:rPr>
            </w:pPr>
            <w:r w:rsidRPr="00697C37">
              <w:rPr>
                <w:rFonts w:ascii="Arial" w:hAnsi="Arial" w:cs="Arial"/>
                <w:iCs/>
                <w:sz w:val="24"/>
                <w:szCs w:val="24"/>
              </w:rPr>
              <w:fldChar w:fldCharType="begin">
                <w:ffData>
                  <w:name w:val=""/>
                  <w:enabled/>
                  <w:calcOnExit w:val="0"/>
                  <w:textInput/>
                </w:ffData>
              </w:fldChar>
            </w:r>
            <w:r w:rsidRPr="00697C37">
              <w:rPr>
                <w:rFonts w:ascii="Arial" w:hAnsi="Arial" w:cs="Arial"/>
                <w:iCs/>
                <w:sz w:val="24"/>
                <w:szCs w:val="24"/>
              </w:rPr>
              <w:instrText xml:space="preserve"> FORMTEXT </w:instrText>
            </w:r>
            <w:r w:rsidRPr="00697C37">
              <w:rPr>
                <w:rFonts w:ascii="Arial" w:hAnsi="Arial" w:cs="Arial"/>
                <w:iCs/>
                <w:sz w:val="24"/>
                <w:szCs w:val="24"/>
              </w:rPr>
            </w:r>
            <w:r w:rsidRPr="00697C37">
              <w:rPr>
                <w:rFonts w:ascii="Arial" w:hAnsi="Arial" w:cs="Arial"/>
                <w:iCs/>
                <w:sz w:val="24"/>
                <w:szCs w:val="24"/>
              </w:rPr>
              <w:fldChar w:fldCharType="separate"/>
            </w:r>
            <w:r w:rsidRPr="00697C37">
              <w:rPr>
                <w:rFonts w:ascii="Arial" w:hAnsi="Arial" w:cs="Arial"/>
                <w:iCs/>
                <w:noProof/>
                <w:sz w:val="24"/>
                <w:szCs w:val="24"/>
              </w:rPr>
              <w:t> </w:t>
            </w:r>
            <w:r w:rsidRPr="00697C37">
              <w:rPr>
                <w:rFonts w:ascii="Arial" w:hAnsi="Arial" w:cs="Arial"/>
                <w:iCs/>
                <w:noProof/>
                <w:sz w:val="24"/>
                <w:szCs w:val="24"/>
              </w:rPr>
              <w:t> </w:t>
            </w:r>
            <w:r w:rsidRPr="00697C37">
              <w:rPr>
                <w:rFonts w:ascii="Arial" w:hAnsi="Arial" w:cs="Arial"/>
                <w:iCs/>
                <w:noProof/>
                <w:sz w:val="24"/>
                <w:szCs w:val="24"/>
              </w:rPr>
              <w:t> </w:t>
            </w:r>
            <w:r w:rsidRPr="00697C37">
              <w:rPr>
                <w:rFonts w:ascii="Arial" w:hAnsi="Arial" w:cs="Arial"/>
                <w:iCs/>
                <w:noProof/>
                <w:sz w:val="24"/>
                <w:szCs w:val="24"/>
              </w:rPr>
              <w:t> </w:t>
            </w:r>
            <w:r w:rsidRPr="00697C37">
              <w:rPr>
                <w:rFonts w:ascii="Arial" w:hAnsi="Arial" w:cs="Arial"/>
                <w:iCs/>
                <w:noProof/>
                <w:sz w:val="24"/>
                <w:szCs w:val="24"/>
              </w:rPr>
              <w:t> </w:t>
            </w:r>
            <w:r w:rsidRPr="00697C37">
              <w:rPr>
                <w:rFonts w:ascii="Arial" w:hAnsi="Arial" w:cs="Arial"/>
                <w:iCs/>
                <w:sz w:val="24"/>
                <w:szCs w:val="24"/>
              </w:rPr>
              <w:fldChar w:fldCharType="end"/>
            </w:r>
          </w:p>
        </w:tc>
      </w:tr>
      <w:tr w:rsidR="00514D7B" w:rsidRPr="00697C37" w14:paraId="10151059" w14:textId="77777777" w:rsidTr="004B6A09">
        <w:tc>
          <w:tcPr>
            <w:tcW w:w="4765" w:type="dxa"/>
          </w:tcPr>
          <w:p w14:paraId="67DF7454" w14:textId="55647414" w:rsidR="00490633" w:rsidRPr="00697C37" w:rsidRDefault="00490633" w:rsidP="00490633">
            <w:pPr>
              <w:rPr>
                <w:rFonts w:ascii="Arial" w:hAnsi="Arial" w:cs="Arial"/>
              </w:rPr>
            </w:pPr>
            <w:r w:rsidRPr="00697C37">
              <w:rPr>
                <w:rFonts w:ascii="Arial" w:hAnsi="Arial" w:cs="Arial"/>
              </w:rPr>
              <w:t xml:space="preserve">Date </w:t>
            </w:r>
            <w:r w:rsidR="0006324D" w:rsidRPr="00697C37">
              <w:rPr>
                <w:rFonts w:ascii="Arial" w:hAnsi="Arial" w:cs="Arial"/>
              </w:rPr>
              <w:t>ITFC Award</w:t>
            </w:r>
            <w:r w:rsidRPr="00697C37">
              <w:rPr>
                <w:rFonts w:ascii="Arial" w:hAnsi="Arial" w:cs="Arial"/>
              </w:rPr>
              <w:t>ed</w:t>
            </w:r>
            <w:r w:rsidR="0077077C" w:rsidRPr="00697C37">
              <w:rPr>
                <w:rFonts w:ascii="Arial" w:hAnsi="Arial" w:cs="Arial"/>
              </w:rPr>
              <w:t>:</w:t>
            </w:r>
          </w:p>
          <w:p w14:paraId="5707BB86" w14:textId="666D29FE" w:rsidR="00CD317F" w:rsidRPr="00697C37" w:rsidRDefault="00CD317F" w:rsidP="00490633">
            <w:pPr>
              <w:rPr>
                <w:rFonts w:ascii="Arial" w:hAnsi="Arial" w:cs="Arial"/>
                <w:i/>
                <w:iCs/>
                <w:sz w:val="20"/>
                <w:szCs w:val="20"/>
              </w:rPr>
            </w:pPr>
            <w:r w:rsidRPr="00697C37">
              <w:rPr>
                <w:rFonts w:ascii="Arial" w:hAnsi="Arial" w:cs="Arial"/>
                <w:i/>
                <w:iCs/>
                <w:sz w:val="20"/>
                <w:szCs w:val="20"/>
              </w:rPr>
              <w:t>(Example: 1/7/2026)</w:t>
            </w:r>
          </w:p>
          <w:p w14:paraId="0E53DB23" w14:textId="77777777" w:rsidR="00F6224B" w:rsidRPr="00697C37" w:rsidRDefault="00F6224B" w:rsidP="00490633">
            <w:pPr>
              <w:rPr>
                <w:rFonts w:ascii="Arial" w:hAnsi="Arial" w:cs="Arial"/>
                <w:sz w:val="20"/>
                <w:szCs w:val="20"/>
              </w:rPr>
            </w:pPr>
          </w:p>
          <w:p w14:paraId="0ADEE59B" w14:textId="0C482D14" w:rsidR="0077077C" w:rsidRPr="00697C37" w:rsidRDefault="0077077C" w:rsidP="0077077C">
            <w:pPr>
              <w:rPr>
                <w:rFonts w:ascii="Arial" w:hAnsi="Arial" w:cs="Arial"/>
              </w:rPr>
            </w:pPr>
            <w:r w:rsidRPr="00697C37">
              <w:rPr>
                <w:rFonts w:ascii="Arial" w:hAnsi="Arial" w:cs="Arial"/>
              </w:rPr>
              <w:t>Awarded by</w:t>
            </w:r>
            <w:r w:rsidR="00CD317F" w:rsidRPr="00697C37">
              <w:rPr>
                <w:rFonts w:ascii="Arial" w:hAnsi="Arial" w:cs="Arial"/>
              </w:rPr>
              <w:t xml:space="preserve"> Director or Designee</w:t>
            </w:r>
            <w:r w:rsidRPr="00697C37">
              <w:rPr>
                <w:rFonts w:ascii="Arial" w:hAnsi="Arial" w:cs="Arial"/>
              </w:rPr>
              <w:t>:</w:t>
            </w:r>
          </w:p>
          <w:p w14:paraId="270A3F01" w14:textId="51395D28" w:rsidR="00514D7B" w:rsidRPr="00697C37" w:rsidRDefault="00CD317F" w:rsidP="00CD317F">
            <w:pPr>
              <w:rPr>
                <w:rFonts w:ascii="Arial" w:hAnsi="Arial" w:cs="Arial"/>
                <w:i/>
                <w:sz w:val="20"/>
                <w:szCs w:val="20"/>
              </w:rPr>
            </w:pPr>
            <w:r w:rsidRPr="00697C37">
              <w:rPr>
                <w:rFonts w:ascii="Arial" w:hAnsi="Arial" w:cs="Arial"/>
                <w:i/>
                <w:iCs/>
                <w:sz w:val="20"/>
                <w:szCs w:val="20"/>
              </w:rPr>
              <w:t>(</w:t>
            </w:r>
            <w:r w:rsidR="00097C40" w:rsidRPr="00697C37">
              <w:rPr>
                <w:rFonts w:ascii="Arial" w:hAnsi="Arial" w:cs="Arial"/>
                <w:i/>
                <w:iCs/>
                <w:sz w:val="20"/>
                <w:szCs w:val="20"/>
              </w:rPr>
              <w:t>Example</w:t>
            </w:r>
            <w:r w:rsidRPr="00697C37">
              <w:rPr>
                <w:rFonts w:ascii="Arial" w:hAnsi="Arial" w:cs="Arial"/>
                <w:i/>
                <w:iCs/>
                <w:sz w:val="20"/>
                <w:szCs w:val="20"/>
              </w:rPr>
              <w:t xml:space="preserve">: </w:t>
            </w:r>
            <w:r w:rsidR="00B530A2" w:rsidRPr="00697C37">
              <w:rPr>
                <w:rFonts w:ascii="Arial" w:hAnsi="Arial" w:cs="Arial"/>
                <w:i/>
                <w:iCs/>
                <w:sz w:val="20"/>
                <w:szCs w:val="20"/>
              </w:rPr>
              <w:t>S</w:t>
            </w:r>
            <w:r w:rsidR="00097C40" w:rsidRPr="00697C37">
              <w:rPr>
                <w:rFonts w:ascii="Arial" w:hAnsi="Arial" w:cs="Arial"/>
                <w:i/>
                <w:iCs/>
                <w:sz w:val="20"/>
                <w:szCs w:val="20"/>
              </w:rPr>
              <w:t>ean Frye</w:t>
            </w:r>
            <w:r w:rsidR="00B530A2" w:rsidRPr="00697C37">
              <w:rPr>
                <w:rFonts w:ascii="Arial" w:hAnsi="Arial" w:cs="Arial"/>
                <w:i/>
                <w:iCs/>
                <w:sz w:val="20"/>
                <w:szCs w:val="20"/>
              </w:rPr>
              <w:t>r</w:t>
            </w:r>
            <w:r w:rsidR="00097C40" w:rsidRPr="00697C37">
              <w:rPr>
                <w:rFonts w:ascii="Arial" w:hAnsi="Arial" w:cs="Arial"/>
                <w:i/>
                <w:iCs/>
                <w:sz w:val="20"/>
                <w:szCs w:val="20"/>
              </w:rPr>
              <w:t>-Sandhills CDSA Director</w:t>
            </w:r>
            <w:r w:rsidRPr="00697C37">
              <w:rPr>
                <w:rFonts w:ascii="Arial" w:hAnsi="Arial" w:cs="Arial"/>
                <w:i/>
                <w:iCs/>
                <w:sz w:val="20"/>
                <w:szCs w:val="20"/>
              </w:rPr>
              <w:t>)</w:t>
            </w:r>
          </w:p>
        </w:tc>
        <w:tc>
          <w:tcPr>
            <w:tcW w:w="6025" w:type="dxa"/>
          </w:tcPr>
          <w:p w14:paraId="5BC3FC00" w14:textId="205B38A9" w:rsidR="00514D7B" w:rsidRPr="00697C37" w:rsidRDefault="00C90BCA">
            <w:pPr>
              <w:rPr>
                <w:rFonts w:ascii="Arial" w:hAnsi="Arial" w:cs="Arial"/>
                <w:i/>
                <w:iCs/>
                <w:sz w:val="24"/>
                <w:szCs w:val="24"/>
              </w:rPr>
            </w:pPr>
            <w:sdt>
              <w:sdtPr>
                <w:rPr>
                  <w:rFonts w:ascii="Arial" w:hAnsi="Arial" w:cs="Arial"/>
                  <w:i/>
                  <w:sz w:val="24"/>
                  <w:szCs w:val="24"/>
                </w:rPr>
                <w:id w:val="-1424482776"/>
                <w:placeholder>
                  <w:docPart w:val="D5497E774A584FCA9FDC1E2E7F3AA1DF"/>
                </w:placeholder>
                <w:showingPlcHdr/>
                <w:date w:fullDate="2026-05-21T00:00:00Z">
                  <w:dateFormat w:val="M/d/yyyy"/>
                  <w:lid w:val="en-US"/>
                  <w:storeMappedDataAs w:val="dateTime"/>
                  <w:calendar w:val="gregorian"/>
                </w:date>
              </w:sdtPr>
              <w:sdtEndPr/>
              <w:sdtContent>
                <w:r w:rsidR="003E16F6" w:rsidRPr="0099723C">
                  <w:rPr>
                    <w:rStyle w:val="PlaceholderText"/>
                  </w:rPr>
                  <w:t>Click or tap to enter a date.</w:t>
                </w:r>
              </w:sdtContent>
            </w:sdt>
            <w:r w:rsidR="005B1A2B" w:rsidRPr="00697C37">
              <w:rPr>
                <w:rFonts w:ascii="Arial" w:hAnsi="Arial" w:cs="Arial"/>
                <w:i/>
                <w:iCs/>
                <w:sz w:val="24"/>
                <w:szCs w:val="24"/>
              </w:rPr>
              <w:t xml:space="preserve">  </w:t>
            </w:r>
          </w:p>
          <w:p w14:paraId="46C85734" w14:textId="77777777" w:rsidR="00CD317F" w:rsidRPr="00697C37" w:rsidRDefault="00CD317F">
            <w:pPr>
              <w:rPr>
                <w:rFonts w:ascii="Arial" w:hAnsi="Arial" w:cs="Arial"/>
                <w:i/>
                <w:sz w:val="24"/>
                <w:szCs w:val="24"/>
              </w:rPr>
            </w:pPr>
          </w:p>
          <w:p w14:paraId="263F1B2B" w14:textId="77777777" w:rsidR="00F6224B" w:rsidRPr="00697C37" w:rsidRDefault="00F6224B" w:rsidP="00CD317F">
            <w:pPr>
              <w:rPr>
                <w:rFonts w:ascii="Arial" w:eastAsia="Georgia" w:hAnsi="Arial" w:cs="Arial"/>
                <w:sz w:val="24"/>
                <w:szCs w:val="24"/>
                <w:u w:val="single"/>
              </w:rPr>
            </w:pPr>
          </w:p>
          <w:p w14:paraId="4F1FBFFC" w14:textId="15D2AFB5" w:rsidR="0077077C" w:rsidRPr="00697C37" w:rsidRDefault="0077077C" w:rsidP="00CD317F">
            <w:pPr>
              <w:rPr>
                <w:rFonts w:ascii="Arial" w:hAnsi="Arial" w:cs="Arial"/>
                <w:b/>
                <w:bCs/>
                <w:sz w:val="24"/>
                <w:szCs w:val="24"/>
              </w:rPr>
            </w:pPr>
            <w:r w:rsidRPr="00697C37">
              <w:rPr>
                <w:rFonts w:ascii="Arial" w:eastAsia="Georgia" w:hAnsi="Arial" w:cs="Arial"/>
                <w:sz w:val="24"/>
                <w:szCs w:val="24"/>
                <w:u w:val="single"/>
              </w:rPr>
              <w:fldChar w:fldCharType="begin">
                <w:ffData>
                  <w:name w:val="Text9"/>
                  <w:enabled/>
                  <w:calcOnExit w:val="0"/>
                  <w:textInput/>
                </w:ffData>
              </w:fldChar>
            </w:r>
            <w:r w:rsidRPr="00697C37">
              <w:rPr>
                <w:rFonts w:ascii="Arial" w:eastAsia="Georgia" w:hAnsi="Arial" w:cs="Arial"/>
                <w:sz w:val="24"/>
                <w:szCs w:val="24"/>
                <w:u w:val="single"/>
              </w:rPr>
              <w:instrText xml:space="preserve"> FORMTEXT </w:instrText>
            </w:r>
            <w:r w:rsidRPr="00697C37">
              <w:rPr>
                <w:rFonts w:ascii="Arial" w:eastAsia="Georgia" w:hAnsi="Arial" w:cs="Arial"/>
                <w:sz w:val="24"/>
                <w:szCs w:val="24"/>
                <w:u w:val="single"/>
              </w:rPr>
            </w:r>
            <w:r w:rsidRPr="00697C37">
              <w:rPr>
                <w:rFonts w:ascii="Arial" w:eastAsia="Georgia" w:hAnsi="Arial" w:cs="Arial"/>
                <w:sz w:val="24"/>
                <w:szCs w:val="24"/>
                <w:u w:val="single"/>
              </w:rPr>
              <w:fldChar w:fldCharType="separate"/>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Pr="00697C37">
              <w:rPr>
                <w:rFonts w:ascii="Arial" w:eastAsia="Georgia" w:hAnsi="Arial" w:cs="Arial"/>
                <w:sz w:val="24"/>
                <w:szCs w:val="24"/>
              </w:rPr>
              <w:fldChar w:fldCharType="end"/>
            </w:r>
            <w:r w:rsidR="005B1A2B" w:rsidRPr="00697C37">
              <w:rPr>
                <w:rFonts w:ascii="Arial" w:eastAsia="Georgia" w:hAnsi="Arial" w:cs="Arial"/>
                <w:sz w:val="24"/>
                <w:szCs w:val="24"/>
              </w:rPr>
              <w:t xml:space="preserve"> </w:t>
            </w:r>
          </w:p>
        </w:tc>
      </w:tr>
      <w:tr w:rsidR="00F6224B" w:rsidRPr="00697C37" w14:paraId="76142ED3" w14:textId="77777777" w:rsidTr="004B6A09">
        <w:tc>
          <w:tcPr>
            <w:tcW w:w="4765" w:type="dxa"/>
          </w:tcPr>
          <w:p w14:paraId="386F078B" w14:textId="69D4E7F4" w:rsidR="00F6224B" w:rsidRPr="00697C37" w:rsidRDefault="00F6224B" w:rsidP="00F6224B">
            <w:pPr>
              <w:jc w:val="center"/>
              <w:rPr>
                <w:rFonts w:ascii="Arial" w:hAnsi="Arial" w:cs="Arial"/>
                <w:b/>
                <w:bCs/>
                <w:sz w:val="24"/>
                <w:szCs w:val="24"/>
              </w:rPr>
            </w:pPr>
            <w:r w:rsidRPr="00697C37">
              <w:rPr>
                <w:rFonts w:ascii="Arial" w:hAnsi="Arial" w:cs="Arial"/>
                <w:b/>
                <w:bCs/>
                <w:sz w:val="24"/>
                <w:szCs w:val="24"/>
              </w:rPr>
              <w:t>-OR-</w:t>
            </w:r>
          </w:p>
        </w:tc>
        <w:tc>
          <w:tcPr>
            <w:tcW w:w="6025" w:type="dxa"/>
            <w:shd w:val="clear" w:color="auto" w:fill="000000" w:themeFill="text1"/>
          </w:tcPr>
          <w:p w14:paraId="1681367E" w14:textId="77777777" w:rsidR="00F6224B" w:rsidRPr="00697C37" w:rsidRDefault="00F6224B">
            <w:pPr>
              <w:rPr>
                <w:rFonts w:ascii="Arial" w:hAnsi="Arial" w:cs="Arial"/>
                <w:i/>
                <w:sz w:val="24"/>
                <w:szCs w:val="24"/>
              </w:rPr>
            </w:pPr>
          </w:p>
        </w:tc>
      </w:tr>
      <w:tr w:rsidR="00CD317F" w:rsidRPr="00697C37" w14:paraId="31EB3E23" w14:textId="77777777" w:rsidTr="004B6A09">
        <w:tc>
          <w:tcPr>
            <w:tcW w:w="4765" w:type="dxa"/>
          </w:tcPr>
          <w:p w14:paraId="02665486" w14:textId="77777777" w:rsidR="00CD317F" w:rsidRPr="00697C37" w:rsidRDefault="00CD317F" w:rsidP="00CD317F">
            <w:pPr>
              <w:rPr>
                <w:rFonts w:ascii="Arial" w:hAnsi="Arial" w:cs="Arial"/>
              </w:rPr>
            </w:pPr>
            <w:r w:rsidRPr="00697C37">
              <w:rPr>
                <w:rFonts w:ascii="Arial" w:hAnsi="Arial" w:cs="Arial"/>
              </w:rPr>
              <w:t>Date ITFC Denied:</w:t>
            </w:r>
          </w:p>
          <w:p w14:paraId="719FB012" w14:textId="21D4B99E" w:rsidR="00F6224B" w:rsidRDefault="007F5798" w:rsidP="00CD317F">
            <w:pPr>
              <w:rPr>
                <w:rFonts w:ascii="Arial" w:hAnsi="Arial" w:cs="Arial"/>
              </w:rPr>
            </w:pPr>
            <w:r w:rsidRPr="00697C37">
              <w:rPr>
                <w:rFonts w:ascii="Arial" w:hAnsi="Arial" w:cs="Arial"/>
              </w:rPr>
              <w:t>Reason(s) Denied:</w:t>
            </w:r>
          </w:p>
          <w:p w14:paraId="3CFFFCEF" w14:textId="77777777" w:rsidR="00AE5083" w:rsidRPr="00697C37" w:rsidRDefault="00AE5083" w:rsidP="00CD317F">
            <w:pPr>
              <w:rPr>
                <w:rFonts w:ascii="Arial" w:hAnsi="Arial" w:cs="Arial"/>
              </w:rPr>
            </w:pPr>
          </w:p>
          <w:p w14:paraId="1FAAAF56" w14:textId="3B349F7E" w:rsidR="007F5798" w:rsidRPr="00697C37" w:rsidRDefault="00CD317F" w:rsidP="00490633">
            <w:pPr>
              <w:rPr>
                <w:rFonts w:ascii="Arial" w:hAnsi="Arial" w:cs="Arial"/>
                <w:iCs/>
                <w:sz w:val="24"/>
                <w:szCs w:val="24"/>
              </w:rPr>
            </w:pPr>
            <w:r w:rsidRPr="00697C37">
              <w:rPr>
                <w:rFonts w:ascii="Arial" w:hAnsi="Arial" w:cs="Arial"/>
                <w:iCs/>
              </w:rPr>
              <w:t>Declined by</w:t>
            </w:r>
            <w:r w:rsidR="00F6224B" w:rsidRPr="00697C37">
              <w:rPr>
                <w:rFonts w:ascii="Arial" w:hAnsi="Arial" w:cs="Arial"/>
                <w:iCs/>
              </w:rPr>
              <w:t xml:space="preserve"> Director or Designee</w:t>
            </w:r>
            <w:r w:rsidR="004D1676" w:rsidRPr="00697C37">
              <w:rPr>
                <w:rFonts w:ascii="Arial" w:hAnsi="Arial" w:cs="Arial"/>
                <w:iCs/>
              </w:rPr>
              <w:t xml:space="preserve"> name</w:t>
            </w:r>
            <w:r w:rsidRPr="00697C37">
              <w:rPr>
                <w:rFonts w:ascii="Arial" w:hAnsi="Arial" w:cs="Arial"/>
                <w:iCs/>
              </w:rPr>
              <w:t>:</w:t>
            </w:r>
            <w:r w:rsidRPr="00697C37">
              <w:rPr>
                <w:rFonts w:ascii="Arial" w:hAnsi="Arial" w:cs="Arial"/>
                <w:iCs/>
                <w:sz w:val="24"/>
                <w:szCs w:val="24"/>
              </w:rPr>
              <w:t xml:space="preserve"> </w:t>
            </w:r>
          </w:p>
        </w:tc>
        <w:tc>
          <w:tcPr>
            <w:tcW w:w="6025" w:type="dxa"/>
          </w:tcPr>
          <w:p w14:paraId="5B95FC97" w14:textId="3EBEC2DF" w:rsidR="00CD317F" w:rsidRPr="00697C37" w:rsidRDefault="00C90BCA" w:rsidP="00CD317F">
            <w:pPr>
              <w:rPr>
                <w:rFonts w:ascii="Arial" w:hAnsi="Arial" w:cs="Arial"/>
                <w:i/>
                <w:sz w:val="24"/>
                <w:szCs w:val="24"/>
              </w:rPr>
            </w:pPr>
            <w:sdt>
              <w:sdtPr>
                <w:rPr>
                  <w:rFonts w:ascii="Arial" w:hAnsi="Arial" w:cs="Arial"/>
                  <w:i/>
                  <w:sz w:val="24"/>
                  <w:szCs w:val="24"/>
                </w:rPr>
                <w:id w:val="-1101639607"/>
                <w:placeholder>
                  <w:docPart w:val="D19355A624D34F86A9BEF0C23F6F527C"/>
                </w:placeholder>
                <w:showingPlcHdr/>
                <w:date w:fullDate="2026-05-21T00:00:00Z">
                  <w:dateFormat w:val="M/d/yyyy"/>
                  <w:lid w:val="en-US"/>
                  <w:storeMappedDataAs w:val="dateTime"/>
                  <w:calendar w:val="gregorian"/>
                </w:date>
              </w:sdtPr>
              <w:sdtEndPr/>
              <w:sdtContent>
                <w:r w:rsidR="003E16F6" w:rsidRPr="0099723C">
                  <w:rPr>
                    <w:rStyle w:val="PlaceholderText"/>
                  </w:rPr>
                  <w:t>Click or tap to enter a date.</w:t>
                </w:r>
              </w:sdtContent>
            </w:sdt>
          </w:p>
          <w:p w14:paraId="30A578AB" w14:textId="74042DDF" w:rsidR="00F6224B" w:rsidRDefault="007F5798" w:rsidP="00CD317F">
            <w:pPr>
              <w:rPr>
                <w:rFonts w:ascii="Arial" w:eastAsia="Georgia" w:hAnsi="Arial" w:cs="Arial"/>
                <w:sz w:val="24"/>
                <w:szCs w:val="24"/>
              </w:rPr>
            </w:pPr>
            <w:r w:rsidRPr="00697C37">
              <w:rPr>
                <w:rFonts w:ascii="Arial" w:eastAsia="Georgia" w:hAnsi="Arial" w:cs="Arial"/>
                <w:sz w:val="24"/>
                <w:szCs w:val="24"/>
                <w:u w:val="single"/>
              </w:rPr>
              <w:fldChar w:fldCharType="begin">
                <w:ffData>
                  <w:name w:val="Text9"/>
                  <w:enabled/>
                  <w:calcOnExit w:val="0"/>
                  <w:textInput/>
                </w:ffData>
              </w:fldChar>
            </w:r>
            <w:r w:rsidRPr="00697C37">
              <w:rPr>
                <w:rFonts w:ascii="Arial" w:eastAsia="Georgia" w:hAnsi="Arial" w:cs="Arial"/>
                <w:sz w:val="24"/>
                <w:szCs w:val="24"/>
                <w:u w:val="single"/>
              </w:rPr>
              <w:instrText xml:space="preserve"> FORMTEXT </w:instrText>
            </w:r>
            <w:r w:rsidRPr="00697C37">
              <w:rPr>
                <w:rFonts w:ascii="Arial" w:eastAsia="Georgia" w:hAnsi="Arial" w:cs="Arial"/>
                <w:sz w:val="24"/>
                <w:szCs w:val="24"/>
                <w:u w:val="single"/>
              </w:rPr>
            </w:r>
            <w:r w:rsidRPr="00697C37">
              <w:rPr>
                <w:rFonts w:ascii="Arial" w:eastAsia="Georgia" w:hAnsi="Arial" w:cs="Arial"/>
                <w:sz w:val="24"/>
                <w:szCs w:val="24"/>
                <w:u w:val="single"/>
              </w:rPr>
              <w:fldChar w:fldCharType="separate"/>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Pr="00697C37">
              <w:rPr>
                <w:rFonts w:ascii="Arial" w:eastAsia="Georgia" w:hAnsi="Arial" w:cs="Arial"/>
                <w:sz w:val="24"/>
                <w:szCs w:val="24"/>
              </w:rPr>
              <w:fldChar w:fldCharType="end"/>
            </w:r>
          </w:p>
          <w:p w14:paraId="19F0D6C1" w14:textId="77777777" w:rsidR="00AE5083" w:rsidRPr="00697C37" w:rsidRDefault="00AE5083" w:rsidP="00CD317F">
            <w:pPr>
              <w:rPr>
                <w:rFonts w:ascii="Arial" w:eastAsia="Georgia" w:hAnsi="Arial" w:cs="Arial"/>
                <w:sz w:val="24"/>
                <w:szCs w:val="24"/>
                <w:u w:val="single"/>
              </w:rPr>
            </w:pPr>
          </w:p>
          <w:p w14:paraId="7215304F" w14:textId="1A1B745B" w:rsidR="00CD317F" w:rsidRPr="00697C37" w:rsidRDefault="00CD317F">
            <w:pPr>
              <w:rPr>
                <w:rFonts w:ascii="Arial" w:hAnsi="Arial" w:cs="Arial"/>
                <w:b/>
                <w:bCs/>
                <w:sz w:val="24"/>
                <w:szCs w:val="24"/>
              </w:rPr>
            </w:pPr>
            <w:r w:rsidRPr="00697C37">
              <w:rPr>
                <w:rFonts w:ascii="Arial" w:eastAsia="Georgia" w:hAnsi="Arial" w:cs="Arial"/>
                <w:sz w:val="24"/>
                <w:szCs w:val="24"/>
                <w:u w:val="single"/>
              </w:rPr>
              <w:fldChar w:fldCharType="begin">
                <w:ffData>
                  <w:name w:val="Text9"/>
                  <w:enabled/>
                  <w:calcOnExit w:val="0"/>
                  <w:textInput/>
                </w:ffData>
              </w:fldChar>
            </w:r>
            <w:r w:rsidRPr="00697C37">
              <w:rPr>
                <w:rFonts w:ascii="Arial" w:eastAsia="Georgia" w:hAnsi="Arial" w:cs="Arial"/>
                <w:sz w:val="24"/>
                <w:szCs w:val="24"/>
                <w:u w:val="single"/>
              </w:rPr>
              <w:instrText xml:space="preserve"> FORMTEXT </w:instrText>
            </w:r>
            <w:r w:rsidRPr="00697C37">
              <w:rPr>
                <w:rFonts w:ascii="Arial" w:eastAsia="Georgia" w:hAnsi="Arial" w:cs="Arial"/>
                <w:sz w:val="24"/>
                <w:szCs w:val="24"/>
                <w:u w:val="single"/>
              </w:rPr>
            </w:r>
            <w:r w:rsidRPr="00697C37">
              <w:rPr>
                <w:rFonts w:ascii="Arial" w:eastAsia="Georgia" w:hAnsi="Arial" w:cs="Arial"/>
                <w:sz w:val="24"/>
                <w:szCs w:val="24"/>
                <w:u w:val="single"/>
              </w:rPr>
              <w:fldChar w:fldCharType="separate"/>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003E16F6">
              <w:rPr>
                <w:rFonts w:ascii="Arial" w:eastAsia="Georgia" w:hAnsi="Arial" w:cs="Arial"/>
                <w:sz w:val="24"/>
                <w:szCs w:val="24"/>
                <w:u w:val="single"/>
              </w:rPr>
              <w:t> </w:t>
            </w:r>
            <w:r w:rsidRPr="00697C37">
              <w:rPr>
                <w:rFonts w:ascii="Arial" w:eastAsia="Georgia" w:hAnsi="Arial" w:cs="Arial"/>
                <w:sz w:val="24"/>
                <w:szCs w:val="24"/>
              </w:rPr>
              <w:fldChar w:fldCharType="end"/>
            </w:r>
          </w:p>
        </w:tc>
      </w:tr>
    </w:tbl>
    <w:p w14:paraId="5C85A8AA" w14:textId="77777777" w:rsidR="00315CD6" w:rsidRDefault="00315CD6" w:rsidP="00F73BB4">
      <w:pPr>
        <w:spacing w:after="160" w:line="278" w:lineRule="auto"/>
        <w:jc w:val="center"/>
        <w:rPr>
          <w:rFonts w:ascii="Arial" w:hAnsi="Arial" w:cs="Arial"/>
          <w:b/>
          <w:bCs/>
          <w:sz w:val="24"/>
          <w:szCs w:val="24"/>
        </w:rPr>
      </w:pPr>
    </w:p>
    <w:p w14:paraId="4B662F7E" w14:textId="77777777" w:rsidR="00BD7D19" w:rsidRPr="00697C37" w:rsidRDefault="00BD7D19" w:rsidP="00F73BB4">
      <w:pPr>
        <w:spacing w:after="160" w:line="278" w:lineRule="auto"/>
        <w:jc w:val="center"/>
        <w:rPr>
          <w:rFonts w:ascii="Arial" w:hAnsi="Arial" w:cs="Arial"/>
          <w:b/>
          <w:bCs/>
          <w:sz w:val="24"/>
          <w:szCs w:val="24"/>
        </w:rPr>
      </w:pPr>
    </w:p>
    <w:p w14:paraId="0C5B2280" w14:textId="77777777" w:rsidR="00444C6C" w:rsidRPr="00697C37" w:rsidRDefault="00444C6C" w:rsidP="00F73BB4">
      <w:pPr>
        <w:spacing w:after="160" w:line="278" w:lineRule="auto"/>
        <w:jc w:val="center"/>
        <w:rPr>
          <w:rFonts w:ascii="Arial" w:hAnsi="Arial" w:cs="Arial"/>
          <w:b/>
          <w:bCs/>
          <w:sz w:val="24"/>
          <w:szCs w:val="24"/>
        </w:rPr>
      </w:pPr>
    </w:p>
    <w:p w14:paraId="4B59CDA9" w14:textId="5D7BF564" w:rsidR="00F73BB4" w:rsidRPr="00697C37" w:rsidRDefault="007C1EAD" w:rsidP="00EF7492">
      <w:pPr>
        <w:spacing w:after="0" w:line="240" w:lineRule="auto"/>
        <w:jc w:val="center"/>
        <w:rPr>
          <w:rFonts w:ascii="Arial" w:hAnsi="Arial" w:cs="Arial"/>
          <w:b/>
          <w:bCs/>
          <w:sz w:val="20"/>
          <w:szCs w:val="20"/>
        </w:rPr>
      </w:pPr>
      <w:r w:rsidRPr="00697C37">
        <w:rPr>
          <w:rFonts w:ascii="Arial" w:hAnsi="Arial" w:cs="Arial"/>
          <w:b/>
          <w:bCs/>
          <w:sz w:val="20"/>
          <w:szCs w:val="20"/>
        </w:rPr>
        <w:lastRenderedPageBreak/>
        <w:t xml:space="preserve">Comprehensive Instructions for Completing the </w:t>
      </w:r>
      <w:r w:rsidR="00963EC5" w:rsidRPr="00697C37">
        <w:rPr>
          <w:rFonts w:ascii="Arial" w:hAnsi="Arial" w:cs="Arial"/>
          <w:b/>
          <w:bCs/>
          <w:sz w:val="20"/>
          <w:szCs w:val="20"/>
        </w:rPr>
        <w:t>Application for</w:t>
      </w:r>
      <w:r w:rsidR="00D065F2" w:rsidRPr="00697C37">
        <w:rPr>
          <w:rFonts w:ascii="Arial" w:hAnsi="Arial" w:cs="Arial"/>
          <w:b/>
          <w:bCs/>
          <w:sz w:val="20"/>
          <w:szCs w:val="20"/>
        </w:rPr>
        <w:t xml:space="preserve"> ITFC</w:t>
      </w:r>
    </w:p>
    <w:p w14:paraId="61C907C6" w14:textId="77777777" w:rsidR="007C1EAD" w:rsidRPr="00697C37" w:rsidRDefault="00C90BCA" w:rsidP="00EF7492">
      <w:pPr>
        <w:spacing w:after="0" w:line="240" w:lineRule="auto"/>
        <w:rPr>
          <w:rFonts w:ascii="Arial" w:hAnsi="Arial" w:cs="Arial"/>
          <w:sz w:val="20"/>
          <w:szCs w:val="20"/>
        </w:rPr>
      </w:pPr>
      <w:r>
        <w:rPr>
          <w:rFonts w:ascii="Arial" w:hAnsi="Arial" w:cs="Arial"/>
          <w:sz w:val="20"/>
          <w:szCs w:val="20"/>
        </w:rPr>
        <w:pict w14:anchorId="1610DB39">
          <v:rect id="_x0000_i1025" style="width:0;height:1.5pt" o:hralign="center" o:hrstd="t" o:hr="t" fillcolor="#a0a0a0" stroked="f"/>
        </w:pict>
      </w:r>
    </w:p>
    <w:p w14:paraId="783C1004" w14:textId="77777777" w:rsidR="007C1EAD" w:rsidRPr="00697C37" w:rsidRDefault="007C1EAD" w:rsidP="00EF7492">
      <w:pPr>
        <w:spacing w:after="0" w:line="240" w:lineRule="auto"/>
        <w:rPr>
          <w:rFonts w:ascii="Arial" w:hAnsi="Arial" w:cs="Arial"/>
          <w:b/>
          <w:bCs/>
          <w:sz w:val="20"/>
          <w:szCs w:val="20"/>
        </w:rPr>
      </w:pPr>
      <w:r w:rsidRPr="00697C37">
        <w:rPr>
          <w:rFonts w:ascii="Arial" w:hAnsi="Arial" w:cs="Arial"/>
          <w:b/>
          <w:bCs/>
          <w:sz w:val="20"/>
          <w:szCs w:val="20"/>
        </w:rPr>
        <w:t>Section 1: Early Intervention Service to be Provided</w:t>
      </w:r>
    </w:p>
    <w:p w14:paraId="333F6888" w14:textId="4DD87F6D" w:rsidR="007C1EAD" w:rsidRPr="00697C37" w:rsidRDefault="007C1EAD" w:rsidP="00EF7492">
      <w:pPr>
        <w:pStyle w:val="ListParagraph"/>
        <w:numPr>
          <w:ilvl w:val="0"/>
          <w:numId w:val="21"/>
        </w:numPr>
        <w:spacing w:after="0" w:line="240" w:lineRule="auto"/>
        <w:rPr>
          <w:rFonts w:ascii="Arial" w:hAnsi="Arial" w:cs="Arial"/>
          <w:sz w:val="20"/>
          <w:szCs w:val="20"/>
        </w:rPr>
      </w:pPr>
      <w:r w:rsidRPr="00697C37">
        <w:rPr>
          <w:rFonts w:ascii="Arial" w:hAnsi="Arial" w:cs="Arial"/>
          <w:b/>
          <w:bCs/>
          <w:sz w:val="20"/>
          <w:szCs w:val="20"/>
        </w:rPr>
        <w:t>Check the box(es)</w:t>
      </w:r>
      <w:r w:rsidRPr="00697C37">
        <w:rPr>
          <w:rFonts w:ascii="Arial" w:hAnsi="Arial" w:cs="Arial"/>
          <w:sz w:val="20"/>
          <w:szCs w:val="20"/>
        </w:rPr>
        <w:t xml:space="preserve"> for the </w:t>
      </w:r>
      <w:r w:rsidR="00F73BB4" w:rsidRPr="00697C37">
        <w:rPr>
          <w:rFonts w:ascii="Arial" w:hAnsi="Arial" w:cs="Arial"/>
          <w:sz w:val="20"/>
          <w:szCs w:val="20"/>
        </w:rPr>
        <w:t xml:space="preserve">Infant-Toddler Program </w:t>
      </w:r>
      <w:r w:rsidRPr="00697C37">
        <w:rPr>
          <w:rFonts w:ascii="Arial" w:hAnsi="Arial" w:cs="Arial"/>
          <w:sz w:val="20"/>
          <w:szCs w:val="20"/>
        </w:rPr>
        <w:t xml:space="preserve">service </w:t>
      </w:r>
      <w:r w:rsidR="00B73124" w:rsidRPr="00697C37">
        <w:rPr>
          <w:rFonts w:ascii="Arial" w:hAnsi="Arial" w:cs="Arial"/>
          <w:sz w:val="20"/>
          <w:szCs w:val="20"/>
        </w:rPr>
        <w:t>the applicant is</w:t>
      </w:r>
      <w:r w:rsidR="00CE6CA7" w:rsidRPr="00697C37">
        <w:rPr>
          <w:rFonts w:ascii="Arial" w:hAnsi="Arial" w:cs="Arial"/>
          <w:sz w:val="20"/>
          <w:szCs w:val="20"/>
        </w:rPr>
        <w:t xml:space="preserve"> hired to</w:t>
      </w:r>
      <w:r w:rsidRPr="00697C37">
        <w:rPr>
          <w:rFonts w:ascii="Arial" w:hAnsi="Arial" w:cs="Arial"/>
          <w:sz w:val="20"/>
          <w:szCs w:val="20"/>
        </w:rPr>
        <w:t xml:space="preserve"> provide: </w:t>
      </w:r>
    </w:p>
    <w:p w14:paraId="229A05A5" w14:textId="5CF85455" w:rsidR="007C1EAD" w:rsidRPr="00697C37" w:rsidRDefault="007C1EAD" w:rsidP="00EF7492">
      <w:pPr>
        <w:numPr>
          <w:ilvl w:val="1"/>
          <w:numId w:val="21"/>
        </w:numPr>
        <w:spacing w:after="0" w:line="240" w:lineRule="auto"/>
        <w:rPr>
          <w:rFonts w:ascii="Arial" w:hAnsi="Arial" w:cs="Arial"/>
          <w:sz w:val="20"/>
          <w:szCs w:val="20"/>
        </w:rPr>
      </w:pPr>
      <w:r w:rsidRPr="00697C37">
        <w:rPr>
          <w:rFonts w:ascii="Arial" w:hAnsi="Arial" w:cs="Arial"/>
          <w:b/>
          <w:bCs/>
          <w:sz w:val="20"/>
          <w:szCs w:val="20"/>
        </w:rPr>
        <w:t>Early Intervention Service Coordination</w:t>
      </w:r>
      <w:r w:rsidRPr="00697C37">
        <w:rPr>
          <w:rFonts w:ascii="Arial" w:hAnsi="Arial" w:cs="Arial"/>
          <w:sz w:val="20"/>
          <w:szCs w:val="20"/>
        </w:rPr>
        <w:t xml:space="preserve"> </w:t>
      </w:r>
    </w:p>
    <w:p w14:paraId="09D7556C" w14:textId="55DCCA52" w:rsidR="007C1EAD" w:rsidRPr="00697C37" w:rsidRDefault="007C1EAD" w:rsidP="00EF7492">
      <w:pPr>
        <w:numPr>
          <w:ilvl w:val="1"/>
          <w:numId w:val="21"/>
        </w:numPr>
        <w:spacing w:after="0" w:line="240" w:lineRule="auto"/>
        <w:rPr>
          <w:rFonts w:ascii="Arial" w:hAnsi="Arial" w:cs="Arial"/>
          <w:sz w:val="20"/>
          <w:szCs w:val="20"/>
        </w:rPr>
      </w:pPr>
      <w:r w:rsidRPr="00697C37">
        <w:rPr>
          <w:rFonts w:ascii="Arial" w:hAnsi="Arial" w:cs="Arial"/>
          <w:b/>
          <w:bCs/>
          <w:sz w:val="20"/>
          <w:szCs w:val="20"/>
        </w:rPr>
        <w:t>Special Instruction</w:t>
      </w:r>
      <w:r w:rsidR="00B82072" w:rsidRPr="00697C37">
        <w:rPr>
          <w:rFonts w:ascii="Arial" w:hAnsi="Arial" w:cs="Arial"/>
          <w:b/>
          <w:bCs/>
          <w:sz w:val="20"/>
          <w:szCs w:val="20"/>
        </w:rPr>
        <w:t>, also referred to as Community Based Rehabilitative Services (CBRS)</w:t>
      </w:r>
      <w:r w:rsidRPr="00697C37">
        <w:rPr>
          <w:rFonts w:ascii="Arial" w:hAnsi="Arial" w:cs="Arial"/>
          <w:sz w:val="20"/>
          <w:szCs w:val="20"/>
        </w:rPr>
        <w:t xml:space="preserve"> </w:t>
      </w:r>
    </w:p>
    <w:p w14:paraId="24F4D8D8" w14:textId="43DA293D" w:rsidR="007C1EAD" w:rsidRPr="00697C37" w:rsidRDefault="007C1EAD" w:rsidP="00EF7492">
      <w:pPr>
        <w:pStyle w:val="ListParagraph"/>
        <w:numPr>
          <w:ilvl w:val="0"/>
          <w:numId w:val="21"/>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br/>
      </w:r>
      <w:r w:rsidR="007F5798" w:rsidRPr="00697C37">
        <w:rPr>
          <w:rFonts w:ascii="Segoe UI Symbol" w:hAnsi="Segoe UI Symbol" w:cs="Segoe UI Symbol"/>
          <w:sz w:val="20"/>
          <w:szCs w:val="20"/>
        </w:rPr>
        <w:t>☐</w:t>
      </w:r>
      <w:r w:rsidR="007F5798" w:rsidRPr="00697C37">
        <w:rPr>
          <w:rFonts w:ascii="Arial" w:hAnsi="Arial" w:cs="Arial"/>
          <w:sz w:val="20"/>
          <w:szCs w:val="20"/>
        </w:rPr>
        <w:t xml:space="preserve"> </w:t>
      </w:r>
      <w:r w:rsidRPr="00697C37">
        <w:rPr>
          <w:rFonts w:ascii="Arial" w:hAnsi="Arial" w:cs="Arial"/>
          <w:sz w:val="20"/>
          <w:szCs w:val="20"/>
        </w:rPr>
        <w:t>Early Intervention Service Coordination</w:t>
      </w:r>
      <w:r w:rsidRPr="00697C37">
        <w:rPr>
          <w:rFonts w:ascii="Arial" w:hAnsi="Arial" w:cs="Arial"/>
          <w:sz w:val="20"/>
          <w:szCs w:val="20"/>
        </w:rPr>
        <w:br/>
      </w:r>
      <w:r w:rsidR="007F5798" w:rsidRPr="00697C37">
        <w:rPr>
          <w:rFonts w:ascii="Segoe UI Symbol" w:hAnsi="Segoe UI Symbol" w:cs="Segoe UI Symbol"/>
          <w:sz w:val="20"/>
          <w:szCs w:val="20"/>
        </w:rPr>
        <w:t>☑</w:t>
      </w:r>
      <w:r w:rsidRPr="00697C37">
        <w:rPr>
          <w:rFonts w:ascii="Arial" w:hAnsi="Arial" w:cs="Arial"/>
          <w:sz w:val="20"/>
          <w:szCs w:val="20"/>
        </w:rPr>
        <w:t xml:space="preserve"> Special Instruction</w:t>
      </w:r>
    </w:p>
    <w:p w14:paraId="602F8A51" w14:textId="77777777" w:rsidR="007C1EAD" w:rsidRPr="00697C37" w:rsidRDefault="00C90BCA" w:rsidP="00EF7492">
      <w:pPr>
        <w:spacing w:after="0" w:line="240" w:lineRule="auto"/>
        <w:rPr>
          <w:rFonts w:ascii="Arial" w:hAnsi="Arial" w:cs="Arial"/>
          <w:sz w:val="20"/>
          <w:szCs w:val="20"/>
        </w:rPr>
      </w:pPr>
      <w:r>
        <w:rPr>
          <w:rFonts w:ascii="Arial" w:hAnsi="Arial" w:cs="Arial"/>
          <w:sz w:val="20"/>
          <w:szCs w:val="20"/>
        </w:rPr>
        <w:pict w14:anchorId="1FB6D1C1">
          <v:rect id="_x0000_i1026" style="width:0;height:1.5pt" o:hralign="center" o:hrstd="t" o:hr="t" fillcolor="#a0a0a0" stroked="f"/>
        </w:pict>
      </w:r>
    </w:p>
    <w:p w14:paraId="56F21D25" w14:textId="77777777" w:rsidR="00136F7A" w:rsidRPr="00697C37" w:rsidRDefault="007C1EAD" w:rsidP="00EF7492">
      <w:pPr>
        <w:spacing w:after="0" w:line="240" w:lineRule="auto"/>
        <w:rPr>
          <w:rFonts w:ascii="Arial" w:hAnsi="Arial" w:cs="Arial"/>
          <w:b/>
          <w:bCs/>
          <w:sz w:val="20"/>
          <w:szCs w:val="20"/>
        </w:rPr>
      </w:pPr>
      <w:r w:rsidRPr="00697C37">
        <w:rPr>
          <w:rFonts w:ascii="Arial" w:hAnsi="Arial" w:cs="Arial"/>
          <w:b/>
          <w:bCs/>
          <w:sz w:val="20"/>
          <w:szCs w:val="20"/>
        </w:rPr>
        <w:t>Section 2: Applicant’s Information</w:t>
      </w:r>
      <w:r w:rsidR="00B73124" w:rsidRPr="00697C37">
        <w:rPr>
          <w:rFonts w:ascii="Arial" w:hAnsi="Arial" w:cs="Arial"/>
          <w:b/>
          <w:bCs/>
          <w:sz w:val="20"/>
          <w:szCs w:val="20"/>
        </w:rPr>
        <w:t xml:space="preserve"> </w:t>
      </w:r>
    </w:p>
    <w:p w14:paraId="40ED9756" w14:textId="674B831F" w:rsidR="007C1EAD" w:rsidRPr="00697C37" w:rsidRDefault="00B73124" w:rsidP="00EF7492">
      <w:pPr>
        <w:spacing w:after="0" w:line="240" w:lineRule="auto"/>
        <w:rPr>
          <w:rFonts w:ascii="Arial" w:hAnsi="Arial" w:cs="Arial"/>
          <w:sz w:val="20"/>
          <w:szCs w:val="20"/>
        </w:rPr>
      </w:pPr>
      <w:r w:rsidRPr="00697C37">
        <w:rPr>
          <w:rFonts w:ascii="Arial" w:hAnsi="Arial" w:cs="Arial"/>
          <w:sz w:val="20"/>
          <w:szCs w:val="20"/>
        </w:rPr>
        <w:t xml:space="preserve">Applicant enters </w:t>
      </w:r>
      <w:r w:rsidR="00E9128D" w:rsidRPr="00697C37">
        <w:rPr>
          <w:rFonts w:ascii="Arial" w:hAnsi="Arial" w:cs="Arial"/>
          <w:sz w:val="20"/>
          <w:szCs w:val="20"/>
        </w:rPr>
        <w:t xml:space="preserve">name and contact information for them and their employer </w:t>
      </w:r>
      <w:r w:rsidRPr="00697C37">
        <w:rPr>
          <w:rFonts w:ascii="Arial" w:hAnsi="Arial" w:cs="Arial"/>
          <w:sz w:val="20"/>
          <w:szCs w:val="20"/>
        </w:rPr>
        <w:t xml:space="preserve">and </w:t>
      </w:r>
      <w:proofErr w:type="gramStart"/>
      <w:r w:rsidRPr="00697C37">
        <w:rPr>
          <w:rFonts w:ascii="Arial" w:hAnsi="Arial" w:cs="Arial"/>
          <w:sz w:val="20"/>
          <w:szCs w:val="20"/>
        </w:rPr>
        <w:t>assures</w:t>
      </w:r>
      <w:proofErr w:type="gramEnd"/>
      <w:r w:rsidRPr="00697C37">
        <w:rPr>
          <w:rFonts w:ascii="Arial" w:hAnsi="Arial" w:cs="Arial"/>
          <w:sz w:val="20"/>
          <w:szCs w:val="20"/>
        </w:rPr>
        <w:t xml:space="preserve"> all fields are filled out completely and accurately.</w:t>
      </w:r>
    </w:p>
    <w:p w14:paraId="75D38E56" w14:textId="77777777" w:rsidR="007C1EAD" w:rsidRPr="00697C37" w:rsidRDefault="007C1EAD" w:rsidP="00EF7492">
      <w:pPr>
        <w:numPr>
          <w:ilvl w:val="0"/>
          <w:numId w:val="23"/>
        </w:numPr>
        <w:spacing w:after="0" w:line="240" w:lineRule="auto"/>
        <w:rPr>
          <w:rFonts w:ascii="Arial" w:hAnsi="Arial" w:cs="Arial"/>
          <w:sz w:val="20"/>
          <w:szCs w:val="20"/>
        </w:rPr>
      </w:pPr>
      <w:r w:rsidRPr="00697C37">
        <w:rPr>
          <w:rFonts w:ascii="Arial" w:hAnsi="Arial" w:cs="Arial"/>
          <w:b/>
          <w:bCs/>
          <w:sz w:val="20"/>
          <w:szCs w:val="20"/>
        </w:rPr>
        <w:t>Full Name</w:t>
      </w:r>
    </w:p>
    <w:p w14:paraId="5008801D" w14:textId="22B418E6" w:rsidR="007C1EAD" w:rsidRPr="00697C37" w:rsidRDefault="007C1EAD" w:rsidP="00EF7492">
      <w:pPr>
        <w:pStyle w:val="ListParagraph"/>
        <w:numPr>
          <w:ilvl w:val="0"/>
          <w:numId w:val="24"/>
        </w:numPr>
        <w:spacing w:after="0" w:line="240" w:lineRule="auto"/>
        <w:rPr>
          <w:rFonts w:ascii="Arial" w:hAnsi="Arial" w:cs="Arial"/>
          <w:sz w:val="20"/>
          <w:szCs w:val="20"/>
        </w:rPr>
      </w:pPr>
      <w:r w:rsidRPr="00697C37">
        <w:rPr>
          <w:rFonts w:ascii="Arial" w:hAnsi="Arial" w:cs="Arial"/>
          <w:sz w:val="20"/>
          <w:szCs w:val="20"/>
        </w:rPr>
        <w:t xml:space="preserve">Enter </w:t>
      </w:r>
      <w:r w:rsidR="00B73124" w:rsidRPr="00697C37">
        <w:rPr>
          <w:rFonts w:ascii="Arial" w:hAnsi="Arial" w:cs="Arial"/>
          <w:sz w:val="20"/>
          <w:szCs w:val="20"/>
        </w:rPr>
        <w:t>applicant’s</w:t>
      </w:r>
      <w:r w:rsidRPr="00697C37">
        <w:rPr>
          <w:rFonts w:ascii="Arial" w:hAnsi="Arial" w:cs="Arial"/>
          <w:sz w:val="20"/>
          <w:szCs w:val="20"/>
        </w:rPr>
        <w:t xml:space="preserve"> </w:t>
      </w:r>
      <w:r w:rsidR="00B82072" w:rsidRPr="00697C37">
        <w:rPr>
          <w:rFonts w:ascii="Arial" w:hAnsi="Arial" w:cs="Arial"/>
          <w:sz w:val="20"/>
          <w:szCs w:val="20"/>
        </w:rPr>
        <w:t xml:space="preserve">current </w:t>
      </w:r>
      <w:r w:rsidRPr="00697C37">
        <w:rPr>
          <w:rFonts w:ascii="Arial" w:hAnsi="Arial" w:cs="Arial"/>
          <w:sz w:val="20"/>
          <w:szCs w:val="20"/>
        </w:rPr>
        <w:t>legal name.</w:t>
      </w:r>
    </w:p>
    <w:p w14:paraId="7127B093" w14:textId="4259E2D4" w:rsidR="007C1EAD" w:rsidRPr="00697C37" w:rsidRDefault="007C1EAD" w:rsidP="00EF7492">
      <w:pPr>
        <w:pStyle w:val="ListParagraph"/>
        <w:numPr>
          <w:ilvl w:val="0"/>
          <w:numId w:val="24"/>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w:t>
      </w:r>
      <w:r w:rsidR="00C17968" w:rsidRPr="00697C37">
        <w:rPr>
          <w:rFonts w:ascii="Arial" w:hAnsi="Arial" w:cs="Arial"/>
          <w:sz w:val="20"/>
          <w:szCs w:val="20"/>
        </w:rPr>
        <w:t>Minnie</w:t>
      </w:r>
      <w:r w:rsidR="00B82072" w:rsidRPr="00697C37">
        <w:rPr>
          <w:rFonts w:ascii="Arial" w:hAnsi="Arial" w:cs="Arial"/>
          <w:sz w:val="20"/>
          <w:szCs w:val="20"/>
        </w:rPr>
        <w:t xml:space="preserve"> Smith</w:t>
      </w:r>
      <w:r w:rsidRPr="00697C37">
        <w:rPr>
          <w:rFonts w:ascii="Arial" w:hAnsi="Arial" w:cs="Arial"/>
          <w:sz w:val="20"/>
          <w:szCs w:val="20"/>
        </w:rPr>
        <w:t xml:space="preserve"> </w:t>
      </w:r>
      <w:r w:rsidR="00C17968" w:rsidRPr="00697C37">
        <w:rPr>
          <w:rFonts w:ascii="Arial" w:hAnsi="Arial" w:cs="Arial"/>
          <w:sz w:val="20"/>
          <w:szCs w:val="20"/>
        </w:rPr>
        <w:t>Mouse</w:t>
      </w:r>
    </w:p>
    <w:p w14:paraId="1AADE1A7" w14:textId="77777777" w:rsidR="007C1EAD" w:rsidRPr="00697C37" w:rsidRDefault="007C1EAD" w:rsidP="00EF7492">
      <w:pPr>
        <w:numPr>
          <w:ilvl w:val="0"/>
          <w:numId w:val="23"/>
        </w:numPr>
        <w:spacing w:after="0" w:line="240" w:lineRule="auto"/>
        <w:rPr>
          <w:rFonts w:ascii="Arial" w:hAnsi="Arial" w:cs="Arial"/>
          <w:sz w:val="20"/>
          <w:szCs w:val="20"/>
        </w:rPr>
      </w:pPr>
      <w:r w:rsidRPr="00697C37">
        <w:rPr>
          <w:rFonts w:ascii="Arial" w:hAnsi="Arial" w:cs="Arial"/>
          <w:b/>
          <w:bCs/>
          <w:sz w:val="20"/>
          <w:szCs w:val="20"/>
        </w:rPr>
        <w:t>Maiden Name (if applicable)</w:t>
      </w:r>
    </w:p>
    <w:p w14:paraId="2B71A174" w14:textId="77777777" w:rsidR="007F5798" w:rsidRPr="00697C37" w:rsidRDefault="007C1EAD" w:rsidP="00EF7492">
      <w:pPr>
        <w:pStyle w:val="ListParagraph"/>
        <w:numPr>
          <w:ilvl w:val="0"/>
          <w:numId w:val="25"/>
        </w:numPr>
        <w:spacing w:after="0" w:line="240" w:lineRule="auto"/>
        <w:rPr>
          <w:rFonts w:ascii="Arial" w:hAnsi="Arial" w:cs="Arial"/>
          <w:sz w:val="20"/>
          <w:szCs w:val="20"/>
        </w:rPr>
      </w:pPr>
      <w:r w:rsidRPr="00697C37">
        <w:rPr>
          <w:rFonts w:ascii="Arial" w:hAnsi="Arial" w:cs="Arial"/>
          <w:sz w:val="20"/>
          <w:szCs w:val="20"/>
        </w:rPr>
        <w:t xml:space="preserve">Provide </w:t>
      </w:r>
      <w:r w:rsidR="00B73124" w:rsidRPr="00697C37">
        <w:rPr>
          <w:rFonts w:ascii="Arial" w:hAnsi="Arial" w:cs="Arial"/>
          <w:sz w:val="20"/>
          <w:szCs w:val="20"/>
        </w:rPr>
        <w:t>applicant’s</w:t>
      </w:r>
      <w:r w:rsidRPr="00697C37">
        <w:rPr>
          <w:rFonts w:ascii="Arial" w:hAnsi="Arial" w:cs="Arial"/>
          <w:sz w:val="20"/>
          <w:szCs w:val="20"/>
        </w:rPr>
        <w:t xml:space="preserve"> maiden name</w:t>
      </w:r>
      <w:r w:rsidR="00E9128D" w:rsidRPr="00697C37">
        <w:rPr>
          <w:rFonts w:ascii="Arial" w:hAnsi="Arial" w:cs="Arial"/>
          <w:sz w:val="20"/>
          <w:szCs w:val="20"/>
        </w:rPr>
        <w:t xml:space="preserve"> which is the name given before marriage.</w:t>
      </w:r>
    </w:p>
    <w:p w14:paraId="048EE1F4" w14:textId="39D2EE28" w:rsidR="00E9128D" w:rsidRPr="00697C37" w:rsidRDefault="007C1EAD" w:rsidP="00EF7492">
      <w:pPr>
        <w:pStyle w:val="ListParagraph"/>
        <w:numPr>
          <w:ilvl w:val="0"/>
          <w:numId w:val="25"/>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w:t>
      </w:r>
      <w:r w:rsidR="00C17968" w:rsidRPr="00697C37">
        <w:rPr>
          <w:rFonts w:ascii="Arial" w:hAnsi="Arial" w:cs="Arial"/>
          <w:sz w:val="20"/>
          <w:szCs w:val="20"/>
        </w:rPr>
        <w:t>Minnie</w:t>
      </w:r>
      <w:r w:rsidR="00B82072" w:rsidRPr="00697C37">
        <w:rPr>
          <w:rFonts w:ascii="Arial" w:hAnsi="Arial" w:cs="Arial"/>
          <w:sz w:val="20"/>
          <w:szCs w:val="20"/>
        </w:rPr>
        <w:t xml:space="preserve"> Anne</w:t>
      </w:r>
      <w:r w:rsidRPr="00697C37">
        <w:rPr>
          <w:rFonts w:ascii="Arial" w:hAnsi="Arial" w:cs="Arial"/>
          <w:sz w:val="20"/>
          <w:szCs w:val="20"/>
        </w:rPr>
        <w:t xml:space="preserve"> Smith</w:t>
      </w:r>
      <w:r w:rsidR="00127393" w:rsidRPr="00697C37">
        <w:rPr>
          <w:rFonts w:ascii="Arial" w:hAnsi="Arial" w:cs="Arial"/>
          <w:sz w:val="20"/>
          <w:szCs w:val="20"/>
        </w:rPr>
        <w:t xml:space="preserve"> </w:t>
      </w:r>
    </w:p>
    <w:p w14:paraId="33FA3200" w14:textId="4C28FA65" w:rsidR="007C1EAD" w:rsidRPr="00697C37" w:rsidRDefault="007C1EAD" w:rsidP="00EF7492">
      <w:pPr>
        <w:pStyle w:val="ListParagraph"/>
        <w:numPr>
          <w:ilvl w:val="0"/>
          <w:numId w:val="23"/>
        </w:numPr>
        <w:spacing w:after="0" w:line="240" w:lineRule="auto"/>
        <w:rPr>
          <w:rFonts w:ascii="Arial" w:hAnsi="Arial" w:cs="Arial"/>
          <w:sz w:val="20"/>
          <w:szCs w:val="20"/>
        </w:rPr>
      </w:pPr>
      <w:r w:rsidRPr="00697C37">
        <w:rPr>
          <w:rFonts w:ascii="Arial" w:hAnsi="Arial" w:cs="Arial"/>
          <w:b/>
          <w:bCs/>
          <w:sz w:val="20"/>
          <w:szCs w:val="20"/>
        </w:rPr>
        <w:t>Home Mailing Address</w:t>
      </w:r>
      <w:r w:rsidR="00CE6CA7" w:rsidRPr="00697C37">
        <w:rPr>
          <w:rFonts w:ascii="Arial" w:hAnsi="Arial" w:cs="Arial"/>
          <w:b/>
          <w:bCs/>
          <w:sz w:val="20"/>
          <w:szCs w:val="20"/>
        </w:rPr>
        <w:t xml:space="preserve"> </w:t>
      </w:r>
      <w:r w:rsidR="00127393" w:rsidRPr="00697C37">
        <w:rPr>
          <w:rFonts w:ascii="Arial" w:hAnsi="Arial" w:cs="Arial"/>
          <w:b/>
          <w:bCs/>
          <w:sz w:val="20"/>
          <w:szCs w:val="20"/>
        </w:rPr>
        <w:t xml:space="preserve">is where </w:t>
      </w:r>
      <w:r w:rsidR="00E9128D" w:rsidRPr="00697C37">
        <w:rPr>
          <w:rFonts w:ascii="Arial" w:hAnsi="Arial" w:cs="Arial"/>
          <w:b/>
          <w:bCs/>
          <w:sz w:val="20"/>
          <w:szCs w:val="20"/>
        </w:rPr>
        <w:t xml:space="preserve">you </w:t>
      </w:r>
      <w:r w:rsidR="00127393" w:rsidRPr="00697C37">
        <w:rPr>
          <w:rFonts w:ascii="Arial" w:hAnsi="Arial" w:cs="Arial"/>
          <w:b/>
          <w:bCs/>
          <w:sz w:val="20"/>
          <w:szCs w:val="20"/>
        </w:rPr>
        <w:t>receive mail</w:t>
      </w:r>
      <w:r w:rsidR="00E9128D" w:rsidRPr="00697C37">
        <w:rPr>
          <w:rFonts w:ascii="Arial" w:hAnsi="Arial" w:cs="Arial"/>
          <w:b/>
          <w:bCs/>
          <w:sz w:val="20"/>
          <w:szCs w:val="20"/>
        </w:rPr>
        <w:t xml:space="preserve">.  </w:t>
      </w:r>
    </w:p>
    <w:p w14:paraId="205CF288" w14:textId="77777777" w:rsidR="007C1EAD" w:rsidRPr="00697C37" w:rsidRDefault="007C1EAD" w:rsidP="00EF7492">
      <w:pPr>
        <w:pStyle w:val="ListParagraph"/>
        <w:numPr>
          <w:ilvl w:val="0"/>
          <w:numId w:val="26"/>
        </w:numPr>
        <w:spacing w:after="0" w:line="240" w:lineRule="auto"/>
        <w:rPr>
          <w:rFonts w:ascii="Arial" w:hAnsi="Arial" w:cs="Arial"/>
          <w:sz w:val="20"/>
          <w:szCs w:val="20"/>
        </w:rPr>
      </w:pPr>
      <w:r w:rsidRPr="00697C37">
        <w:rPr>
          <w:rFonts w:ascii="Arial" w:hAnsi="Arial" w:cs="Arial"/>
          <w:sz w:val="20"/>
          <w:szCs w:val="20"/>
        </w:rPr>
        <w:t>Include Street Address or PO Box, City, State, and Zip Code.</w:t>
      </w:r>
    </w:p>
    <w:p w14:paraId="28D11EA7" w14:textId="41731BB1" w:rsidR="007C1EAD" w:rsidRPr="00697C37" w:rsidRDefault="007C1EAD" w:rsidP="00EF7492">
      <w:pPr>
        <w:pStyle w:val="ListParagraph"/>
        <w:numPr>
          <w:ilvl w:val="0"/>
          <w:numId w:val="26"/>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123 Main St., </w:t>
      </w:r>
      <w:r w:rsidR="00CF3B52" w:rsidRPr="00697C37">
        <w:rPr>
          <w:rFonts w:ascii="Arial" w:hAnsi="Arial" w:cs="Arial"/>
          <w:sz w:val="20"/>
          <w:szCs w:val="20"/>
        </w:rPr>
        <w:t>Sandhills</w:t>
      </w:r>
      <w:r w:rsidRPr="00697C37">
        <w:rPr>
          <w:rFonts w:ascii="Arial" w:hAnsi="Arial" w:cs="Arial"/>
          <w:sz w:val="20"/>
          <w:szCs w:val="20"/>
        </w:rPr>
        <w:t>, NC 27834</w:t>
      </w:r>
    </w:p>
    <w:p w14:paraId="7991BEF0" w14:textId="00D98136" w:rsidR="007C1EAD" w:rsidRPr="00697C37" w:rsidRDefault="007C1EAD" w:rsidP="00EF7492">
      <w:pPr>
        <w:numPr>
          <w:ilvl w:val="0"/>
          <w:numId w:val="23"/>
        </w:numPr>
        <w:spacing w:after="0" w:line="240" w:lineRule="auto"/>
        <w:rPr>
          <w:rFonts w:ascii="Arial" w:hAnsi="Arial" w:cs="Arial"/>
          <w:sz w:val="20"/>
          <w:szCs w:val="20"/>
        </w:rPr>
      </w:pPr>
      <w:r w:rsidRPr="00697C37">
        <w:rPr>
          <w:rFonts w:ascii="Arial" w:hAnsi="Arial" w:cs="Arial"/>
          <w:b/>
          <w:bCs/>
          <w:sz w:val="20"/>
          <w:szCs w:val="20"/>
        </w:rPr>
        <w:t>Contact Phone (with area code)</w:t>
      </w:r>
      <w:r w:rsidR="00127393" w:rsidRPr="00697C37">
        <w:rPr>
          <w:rFonts w:ascii="Arial" w:hAnsi="Arial" w:cs="Arial"/>
          <w:b/>
          <w:bCs/>
          <w:sz w:val="20"/>
          <w:szCs w:val="20"/>
        </w:rPr>
        <w:t xml:space="preserve"> </w:t>
      </w:r>
      <w:r w:rsidR="00E73412" w:rsidRPr="00697C37">
        <w:rPr>
          <w:rFonts w:ascii="Arial" w:hAnsi="Arial" w:cs="Arial"/>
          <w:sz w:val="20"/>
          <w:szCs w:val="20"/>
        </w:rPr>
        <w:t>Add t</w:t>
      </w:r>
      <w:r w:rsidR="00127393" w:rsidRPr="00697C37">
        <w:rPr>
          <w:rFonts w:ascii="Arial" w:hAnsi="Arial" w:cs="Arial"/>
          <w:sz w:val="20"/>
          <w:szCs w:val="20"/>
        </w:rPr>
        <w:t>he best number to contact you</w:t>
      </w:r>
      <w:r w:rsidR="00E9128D" w:rsidRPr="00697C37">
        <w:rPr>
          <w:rFonts w:ascii="Arial" w:hAnsi="Arial" w:cs="Arial"/>
          <w:sz w:val="20"/>
          <w:szCs w:val="20"/>
        </w:rPr>
        <w:t xml:space="preserve"> for business</w:t>
      </w:r>
      <w:r w:rsidR="00E73412" w:rsidRPr="00697C37">
        <w:rPr>
          <w:rFonts w:ascii="Arial" w:hAnsi="Arial" w:cs="Arial"/>
          <w:sz w:val="20"/>
          <w:szCs w:val="20"/>
        </w:rPr>
        <w:t>.</w:t>
      </w:r>
    </w:p>
    <w:p w14:paraId="6756E7F5" w14:textId="77777777" w:rsidR="007C1EAD" w:rsidRPr="00697C37" w:rsidRDefault="007C1EAD" w:rsidP="00EF7492">
      <w:pPr>
        <w:pStyle w:val="ListParagraph"/>
        <w:numPr>
          <w:ilvl w:val="0"/>
          <w:numId w:val="27"/>
        </w:numPr>
        <w:spacing w:after="0" w:line="240" w:lineRule="auto"/>
        <w:rPr>
          <w:rFonts w:ascii="Arial" w:hAnsi="Arial" w:cs="Arial"/>
          <w:sz w:val="20"/>
          <w:szCs w:val="20"/>
        </w:rPr>
      </w:pPr>
      <w:r w:rsidRPr="00697C37">
        <w:rPr>
          <w:rFonts w:ascii="Arial" w:hAnsi="Arial" w:cs="Arial"/>
          <w:sz w:val="20"/>
          <w:szCs w:val="20"/>
        </w:rPr>
        <w:t>Format: (XXX-XXX-XXXX)</w:t>
      </w:r>
    </w:p>
    <w:p w14:paraId="0C0D9C11" w14:textId="77777777" w:rsidR="007C1EAD" w:rsidRPr="00697C37" w:rsidRDefault="007C1EAD" w:rsidP="00EF7492">
      <w:pPr>
        <w:pStyle w:val="ListParagraph"/>
        <w:numPr>
          <w:ilvl w:val="0"/>
          <w:numId w:val="27"/>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(910-123-6789)</w:t>
      </w:r>
    </w:p>
    <w:p w14:paraId="0128E789" w14:textId="77777777" w:rsidR="007C1EAD" w:rsidRPr="00697C37" w:rsidRDefault="007C1EAD" w:rsidP="00EF7492">
      <w:pPr>
        <w:numPr>
          <w:ilvl w:val="0"/>
          <w:numId w:val="23"/>
        </w:numPr>
        <w:spacing w:after="0" w:line="240" w:lineRule="auto"/>
        <w:rPr>
          <w:rFonts w:ascii="Arial" w:hAnsi="Arial" w:cs="Arial"/>
          <w:sz w:val="20"/>
          <w:szCs w:val="20"/>
        </w:rPr>
      </w:pPr>
      <w:r w:rsidRPr="00697C37">
        <w:rPr>
          <w:rFonts w:ascii="Arial" w:hAnsi="Arial" w:cs="Arial"/>
          <w:b/>
          <w:bCs/>
          <w:sz w:val="20"/>
          <w:szCs w:val="20"/>
        </w:rPr>
        <w:t>Email Address</w:t>
      </w:r>
    </w:p>
    <w:p w14:paraId="19471E75" w14:textId="31DA3E8A" w:rsidR="007C1EAD" w:rsidRPr="00697C37" w:rsidRDefault="00127393" w:rsidP="00EF7492">
      <w:pPr>
        <w:pStyle w:val="ListParagraph"/>
        <w:numPr>
          <w:ilvl w:val="0"/>
          <w:numId w:val="28"/>
        </w:numPr>
        <w:spacing w:after="0" w:line="240" w:lineRule="auto"/>
        <w:rPr>
          <w:rFonts w:ascii="Arial" w:hAnsi="Arial" w:cs="Arial"/>
          <w:sz w:val="20"/>
          <w:szCs w:val="20"/>
        </w:rPr>
      </w:pPr>
      <w:r w:rsidRPr="00697C37">
        <w:rPr>
          <w:rFonts w:ascii="Arial" w:hAnsi="Arial" w:cs="Arial"/>
          <w:sz w:val="20"/>
          <w:szCs w:val="20"/>
        </w:rPr>
        <w:t>A</w:t>
      </w:r>
      <w:r w:rsidR="00E73412" w:rsidRPr="00697C37">
        <w:rPr>
          <w:rFonts w:ascii="Arial" w:hAnsi="Arial" w:cs="Arial"/>
          <w:sz w:val="20"/>
          <w:szCs w:val="20"/>
        </w:rPr>
        <w:t>dd a</w:t>
      </w:r>
      <w:r w:rsidR="007C1EAD" w:rsidRPr="00697C37">
        <w:rPr>
          <w:rFonts w:ascii="Arial" w:hAnsi="Arial" w:cs="Arial"/>
          <w:sz w:val="20"/>
          <w:szCs w:val="20"/>
        </w:rPr>
        <w:t xml:space="preserve"> valid email address</w:t>
      </w:r>
      <w:r w:rsidR="00B82072" w:rsidRPr="00697C37">
        <w:rPr>
          <w:rFonts w:ascii="Arial" w:hAnsi="Arial" w:cs="Arial"/>
          <w:sz w:val="20"/>
          <w:szCs w:val="20"/>
        </w:rPr>
        <w:t xml:space="preserve"> that you check regularly and can receive business emails</w:t>
      </w:r>
      <w:r w:rsidR="007C1EAD" w:rsidRPr="00697C37">
        <w:rPr>
          <w:rFonts w:ascii="Arial" w:hAnsi="Arial" w:cs="Arial"/>
          <w:sz w:val="20"/>
          <w:szCs w:val="20"/>
        </w:rPr>
        <w:t>.</w:t>
      </w:r>
    </w:p>
    <w:p w14:paraId="58681E02" w14:textId="77777777" w:rsidR="007C1EAD" w:rsidRPr="00697C37" w:rsidRDefault="007C1EAD" w:rsidP="00EF7492">
      <w:pPr>
        <w:pStyle w:val="ListParagraph"/>
        <w:numPr>
          <w:ilvl w:val="0"/>
          <w:numId w:val="28"/>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ECEducator1@Mymail.com</w:t>
      </w:r>
    </w:p>
    <w:p w14:paraId="2D541E36" w14:textId="156F93F6" w:rsidR="007C1EAD" w:rsidRPr="00697C37" w:rsidRDefault="007C1EAD" w:rsidP="00EF7492">
      <w:pPr>
        <w:numPr>
          <w:ilvl w:val="0"/>
          <w:numId w:val="23"/>
        </w:numPr>
        <w:spacing w:after="0" w:line="240" w:lineRule="auto"/>
        <w:rPr>
          <w:rFonts w:ascii="Arial" w:hAnsi="Arial" w:cs="Arial"/>
          <w:sz w:val="20"/>
          <w:szCs w:val="20"/>
        </w:rPr>
      </w:pPr>
      <w:r w:rsidRPr="00697C37">
        <w:rPr>
          <w:rFonts w:ascii="Arial" w:hAnsi="Arial" w:cs="Arial"/>
          <w:b/>
          <w:bCs/>
          <w:sz w:val="20"/>
          <w:szCs w:val="20"/>
        </w:rPr>
        <w:t>Name of Your Employer</w:t>
      </w:r>
      <w:r w:rsidR="00E73412" w:rsidRPr="00697C37">
        <w:rPr>
          <w:rFonts w:ascii="Arial" w:hAnsi="Arial" w:cs="Arial"/>
          <w:b/>
          <w:bCs/>
          <w:sz w:val="20"/>
          <w:szCs w:val="20"/>
        </w:rPr>
        <w:t xml:space="preserve"> </w:t>
      </w:r>
      <w:r w:rsidR="00E73412" w:rsidRPr="00697C37">
        <w:rPr>
          <w:rFonts w:ascii="Arial" w:hAnsi="Arial" w:cs="Arial"/>
          <w:sz w:val="20"/>
          <w:szCs w:val="20"/>
        </w:rPr>
        <w:t>The agency that hired you to provide service coordination or special instruction.</w:t>
      </w:r>
    </w:p>
    <w:p w14:paraId="0F17D9EF" w14:textId="245E236C" w:rsidR="007C1EAD" w:rsidRPr="00697C37" w:rsidRDefault="00E73412" w:rsidP="00EF7492">
      <w:pPr>
        <w:pStyle w:val="ListParagraph"/>
        <w:numPr>
          <w:ilvl w:val="0"/>
          <w:numId w:val="29"/>
        </w:numPr>
        <w:spacing w:after="0" w:line="240" w:lineRule="auto"/>
        <w:rPr>
          <w:rFonts w:ascii="Arial" w:hAnsi="Arial" w:cs="Arial"/>
          <w:sz w:val="20"/>
          <w:szCs w:val="20"/>
        </w:rPr>
      </w:pPr>
      <w:r w:rsidRPr="00697C37">
        <w:rPr>
          <w:rFonts w:ascii="Arial" w:hAnsi="Arial" w:cs="Arial"/>
          <w:sz w:val="20"/>
          <w:szCs w:val="20"/>
        </w:rPr>
        <w:t>Add</w:t>
      </w:r>
      <w:r w:rsidR="007C1EAD" w:rsidRPr="00697C37">
        <w:rPr>
          <w:rFonts w:ascii="Arial" w:hAnsi="Arial" w:cs="Arial"/>
          <w:sz w:val="20"/>
          <w:szCs w:val="20"/>
        </w:rPr>
        <w:t xml:space="preserve"> </w:t>
      </w:r>
      <w:r w:rsidRPr="00697C37">
        <w:rPr>
          <w:rFonts w:ascii="Arial" w:hAnsi="Arial" w:cs="Arial"/>
          <w:sz w:val="20"/>
          <w:szCs w:val="20"/>
        </w:rPr>
        <w:t xml:space="preserve">the </w:t>
      </w:r>
      <w:r w:rsidR="007C1EAD" w:rsidRPr="00697C37">
        <w:rPr>
          <w:rFonts w:ascii="Arial" w:hAnsi="Arial" w:cs="Arial"/>
          <w:sz w:val="20"/>
          <w:szCs w:val="20"/>
        </w:rPr>
        <w:t>full name of your employer</w:t>
      </w:r>
      <w:r w:rsidR="00B82072" w:rsidRPr="00697C37">
        <w:rPr>
          <w:rFonts w:ascii="Arial" w:hAnsi="Arial" w:cs="Arial"/>
          <w:sz w:val="20"/>
          <w:szCs w:val="20"/>
        </w:rPr>
        <w:t xml:space="preserve"> agency</w:t>
      </w:r>
      <w:r w:rsidR="007C1EAD" w:rsidRPr="00697C37">
        <w:rPr>
          <w:rFonts w:ascii="Arial" w:hAnsi="Arial" w:cs="Arial"/>
          <w:sz w:val="20"/>
          <w:szCs w:val="20"/>
        </w:rPr>
        <w:t>.</w:t>
      </w:r>
    </w:p>
    <w:p w14:paraId="211050E9" w14:textId="77777777" w:rsidR="007C1EAD" w:rsidRPr="00697C37" w:rsidRDefault="007C1EAD" w:rsidP="00EF7492">
      <w:pPr>
        <w:numPr>
          <w:ilvl w:val="0"/>
          <w:numId w:val="29"/>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ABC Early Childhood Services</w:t>
      </w:r>
    </w:p>
    <w:p w14:paraId="09FCBF22" w14:textId="32410A80" w:rsidR="007C1EAD" w:rsidRPr="00697C37" w:rsidRDefault="007C1EAD" w:rsidP="00EF7492">
      <w:pPr>
        <w:pStyle w:val="ListParagraph"/>
        <w:numPr>
          <w:ilvl w:val="0"/>
          <w:numId w:val="23"/>
        </w:numPr>
        <w:spacing w:after="0" w:line="240" w:lineRule="auto"/>
        <w:rPr>
          <w:rFonts w:ascii="Arial" w:hAnsi="Arial" w:cs="Arial"/>
          <w:sz w:val="20"/>
          <w:szCs w:val="20"/>
        </w:rPr>
      </w:pPr>
      <w:r w:rsidRPr="00697C37">
        <w:rPr>
          <w:rFonts w:ascii="Arial" w:hAnsi="Arial" w:cs="Arial"/>
          <w:b/>
          <w:bCs/>
          <w:sz w:val="20"/>
          <w:szCs w:val="20"/>
        </w:rPr>
        <w:t>Employer’s Mailing Address</w:t>
      </w:r>
    </w:p>
    <w:p w14:paraId="403D2F94" w14:textId="790E53D5" w:rsidR="007C1EAD" w:rsidRPr="00697C37" w:rsidRDefault="00127393" w:rsidP="00EF7492">
      <w:pPr>
        <w:numPr>
          <w:ilvl w:val="1"/>
          <w:numId w:val="30"/>
        </w:numPr>
        <w:spacing w:after="0" w:line="240" w:lineRule="auto"/>
        <w:rPr>
          <w:rFonts w:ascii="Arial" w:hAnsi="Arial" w:cs="Arial"/>
          <w:sz w:val="20"/>
          <w:szCs w:val="20"/>
        </w:rPr>
      </w:pPr>
      <w:r w:rsidRPr="00697C37">
        <w:rPr>
          <w:rFonts w:ascii="Arial" w:hAnsi="Arial" w:cs="Arial"/>
          <w:sz w:val="20"/>
          <w:szCs w:val="20"/>
        </w:rPr>
        <w:t xml:space="preserve">The </w:t>
      </w:r>
      <w:r w:rsidR="007C1EAD" w:rsidRPr="00697C37">
        <w:rPr>
          <w:rFonts w:ascii="Arial" w:hAnsi="Arial" w:cs="Arial"/>
          <w:b/>
          <w:bCs/>
          <w:sz w:val="20"/>
          <w:szCs w:val="20"/>
        </w:rPr>
        <w:t>Street Address or PO Box</w:t>
      </w:r>
      <w:r w:rsidR="00E73412" w:rsidRPr="00697C37">
        <w:rPr>
          <w:rFonts w:ascii="Arial" w:hAnsi="Arial" w:cs="Arial"/>
          <w:sz w:val="20"/>
          <w:szCs w:val="20"/>
        </w:rPr>
        <w:t xml:space="preserve"> and the </w:t>
      </w:r>
      <w:r w:rsidR="007C1EAD" w:rsidRPr="00697C37">
        <w:rPr>
          <w:rFonts w:ascii="Arial" w:hAnsi="Arial" w:cs="Arial"/>
          <w:b/>
          <w:bCs/>
          <w:sz w:val="20"/>
          <w:szCs w:val="20"/>
        </w:rPr>
        <w:t>City</w:t>
      </w:r>
      <w:r w:rsidR="007C1EAD" w:rsidRPr="00697C37">
        <w:rPr>
          <w:rFonts w:ascii="Arial" w:hAnsi="Arial" w:cs="Arial"/>
          <w:sz w:val="20"/>
          <w:szCs w:val="20"/>
        </w:rPr>
        <w:t xml:space="preserve">, </w:t>
      </w:r>
      <w:r w:rsidR="007C1EAD" w:rsidRPr="00697C37">
        <w:rPr>
          <w:rFonts w:ascii="Arial" w:hAnsi="Arial" w:cs="Arial"/>
          <w:b/>
          <w:bCs/>
          <w:sz w:val="20"/>
          <w:szCs w:val="20"/>
        </w:rPr>
        <w:t>State</w:t>
      </w:r>
      <w:r w:rsidR="007C1EAD" w:rsidRPr="00697C37">
        <w:rPr>
          <w:rFonts w:ascii="Arial" w:hAnsi="Arial" w:cs="Arial"/>
          <w:sz w:val="20"/>
          <w:szCs w:val="20"/>
        </w:rPr>
        <w:t xml:space="preserve">, and </w:t>
      </w:r>
      <w:r w:rsidR="007C1EAD" w:rsidRPr="00697C37">
        <w:rPr>
          <w:rFonts w:ascii="Arial" w:hAnsi="Arial" w:cs="Arial"/>
          <w:b/>
          <w:bCs/>
          <w:sz w:val="20"/>
          <w:szCs w:val="20"/>
        </w:rPr>
        <w:t>Zip Code</w:t>
      </w:r>
      <w:r w:rsidR="0044158B" w:rsidRPr="00697C37">
        <w:rPr>
          <w:rFonts w:ascii="Arial" w:hAnsi="Arial" w:cs="Arial"/>
          <w:sz w:val="20"/>
          <w:szCs w:val="20"/>
        </w:rPr>
        <w:t xml:space="preserve"> where </w:t>
      </w:r>
      <w:r w:rsidR="00E73412" w:rsidRPr="00697C37">
        <w:rPr>
          <w:rFonts w:ascii="Arial" w:hAnsi="Arial" w:cs="Arial"/>
          <w:sz w:val="20"/>
          <w:szCs w:val="20"/>
        </w:rPr>
        <w:t>your</w:t>
      </w:r>
      <w:r w:rsidRPr="00697C37">
        <w:rPr>
          <w:rFonts w:ascii="Arial" w:hAnsi="Arial" w:cs="Arial"/>
          <w:sz w:val="20"/>
          <w:szCs w:val="20"/>
        </w:rPr>
        <w:t xml:space="preserve"> employer</w:t>
      </w:r>
      <w:r w:rsidR="0044158B" w:rsidRPr="00697C37">
        <w:rPr>
          <w:rFonts w:ascii="Arial" w:hAnsi="Arial" w:cs="Arial"/>
          <w:sz w:val="20"/>
          <w:szCs w:val="20"/>
        </w:rPr>
        <w:t xml:space="preserve"> receive</w:t>
      </w:r>
      <w:r w:rsidRPr="00697C37">
        <w:rPr>
          <w:rFonts w:ascii="Arial" w:hAnsi="Arial" w:cs="Arial"/>
          <w:sz w:val="20"/>
          <w:szCs w:val="20"/>
        </w:rPr>
        <w:t>s</w:t>
      </w:r>
      <w:r w:rsidR="0044158B" w:rsidRPr="00697C37">
        <w:rPr>
          <w:rFonts w:ascii="Arial" w:hAnsi="Arial" w:cs="Arial"/>
          <w:sz w:val="20"/>
          <w:szCs w:val="20"/>
        </w:rPr>
        <w:t xml:space="preserve"> </w:t>
      </w:r>
      <w:r w:rsidR="00E73412" w:rsidRPr="00697C37">
        <w:rPr>
          <w:rFonts w:ascii="Arial" w:hAnsi="Arial" w:cs="Arial"/>
          <w:sz w:val="20"/>
          <w:szCs w:val="20"/>
        </w:rPr>
        <w:t xml:space="preserve">their business </w:t>
      </w:r>
      <w:r w:rsidR="00E9128D" w:rsidRPr="00697C37">
        <w:rPr>
          <w:rFonts w:ascii="Arial" w:hAnsi="Arial" w:cs="Arial"/>
          <w:sz w:val="20"/>
          <w:szCs w:val="20"/>
        </w:rPr>
        <w:t>mail</w:t>
      </w:r>
      <w:r w:rsidR="0044158B" w:rsidRPr="00697C37">
        <w:rPr>
          <w:rFonts w:ascii="Arial" w:hAnsi="Arial" w:cs="Arial"/>
          <w:sz w:val="20"/>
          <w:szCs w:val="20"/>
        </w:rPr>
        <w:t>.</w:t>
      </w:r>
    </w:p>
    <w:p w14:paraId="06570B66" w14:textId="55EEFE31" w:rsidR="007C1EAD" w:rsidRPr="00697C37" w:rsidRDefault="007C1EAD" w:rsidP="00EF7492">
      <w:pPr>
        <w:numPr>
          <w:ilvl w:val="1"/>
          <w:numId w:val="30"/>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456 Deer St., </w:t>
      </w:r>
      <w:r w:rsidR="00CF3B52" w:rsidRPr="00697C37">
        <w:rPr>
          <w:rFonts w:ascii="Arial" w:hAnsi="Arial" w:cs="Arial"/>
          <w:sz w:val="20"/>
          <w:szCs w:val="20"/>
        </w:rPr>
        <w:t>Sandhills</w:t>
      </w:r>
      <w:r w:rsidRPr="00697C37">
        <w:rPr>
          <w:rFonts w:ascii="Arial" w:hAnsi="Arial" w:cs="Arial"/>
          <w:sz w:val="20"/>
          <w:szCs w:val="20"/>
        </w:rPr>
        <w:t>, NC 27834</w:t>
      </w:r>
    </w:p>
    <w:p w14:paraId="545CF83C" w14:textId="50AD54C2" w:rsidR="007C1EAD" w:rsidRPr="00697C37" w:rsidRDefault="007C1EAD" w:rsidP="00EF7492">
      <w:pPr>
        <w:pStyle w:val="ListParagraph"/>
        <w:numPr>
          <w:ilvl w:val="0"/>
          <w:numId w:val="23"/>
        </w:numPr>
        <w:spacing w:after="0" w:line="240" w:lineRule="auto"/>
        <w:rPr>
          <w:rFonts w:ascii="Arial" w:hAnsi="Arial" w:cs="Arial"/>
          <w:sz w:val="20"/>
          <w:szCs w:val="20"/>
        </w:rPr>
      </w:pPr>
      <w:r w:rsidRPr="00697C37">
        <w:rPr>
          <w:rFonts w:ascii="Arial" w:hAnsi="Arial" w:cs="Arial"/>
          <w:b/>
          <w:bCs/>
          <w:sz w:val="20"/>
          <w:szCs w:val="20"/>
        </w:rPr>
        <w:t>Date of Employment</w:t>
      </w:r>
      <w:r w:rsidR="00EA7645" w:rsidRPr="00697C37">
        <w:rPr>
          <w:rFonts w:ascii="Arial" w:hAnsi="Arial" w:cs="Arial"/>
          <w:b/>
          <w:bCs/>
          <w:sz w:val="20"/>
          <w:szCs w:val="20"/>
        </w:rPr>
        <w:t xml:space="preserve"> </w:t>
      </w:r>
      <w:r w:rsidR="00EA7645" w:rsidRPr="00697C37">
        <w:rPr>
          <w:rFonts w:ascii="Arial" w:hAnsi="Arial" w:cs="Arial"/>
          <w:sz w:val="20"/>
          <w:szCs w:val="20"/>
        </w:rPr>
        <w:t>(This application must be submitted within 30 days of hire date)</w:t>
      </w:r>
    </w:p>
    <w:p w14:paraId="3AF6C9B1" w14:textId="77777777" w:rsidR="00994E47" w:rsidRPr="00697C37" w:rsidRDefault="007C1EAD" w:rsidP="00EF7492">
      <w:pPr>
        <w:numPr>
          <w:ilvl w:val="1"/>
          <w:numId w:val="31"/>
        </w:numPr>
        <w:spacing w:after="0" w:line="240" w:lineRule="auto"/>
        <w:rPr>
          <w:rFonts w:ascii="Arial" w:hAnsi="Arial" w:cs="Arial"/>
          <w:sz w:val="20"/>
          <w:szCs w:val="20"/>
        </w:rPr>
      </w:pPr>
      <w:r w:rsidRPr="00697C37">
        <w:rPr>
          <w:rFonts w:ascii="Arial" w:hAnsi="Arial" w:cs="Arial"/>
          <w:sz w:val="20"/>
          <w:szCs w:val="20"/>
        </w:rPr>
        <w:t>Enter the date you started your current job.</w:t>
      </w:r>
      <w:r w:rsidR="00994E47" w:rsidRPr="00697C37">
        <w:rPr>
          <w:rFonts w:ascii="Arial" w:hAnsi="Arial" w:cs="Arial"/>
          <w:sz w:val="20"/>
          <w:szCs w:val="20"/>
        </w:rPr>
        <w:t xml:space="preserve"> </w:t>
      </w:r>
    </w:p>
    <w:p w14:paraId="0C0627BB" w14:textId="77777777" w:rsidR="00983E38" w:rsidRPr="00697C37" w:rsidRDefault="007C1EAD" w:rsidP="00EF7492">
      <w:pPr>
        <w:numPr>
          <w:ilvl w:val="1"/>
          <w:numId w:val="31"/>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w:t>
      </w:r>
      <w:r w:rsidR="001057EF" w:rsidRPr="00697C37">
        <w:rPr>
          <w:rFonts w:ascii="Arial" w:hAnsi="Arial" w:cs="Arial"/>
          <w:sz w:val="20"/>
          <w:szCs w:val="20"/>
        </w:rPr>
        <w:t>12</w:t>
      </w:r>
      <w:r w:rsidRPr="00697C37">
        <w:rPr>
          <w:rFonts w:ascii="Arial" w:hAnsi="Arial" w:cs="Arial"/>
          <w:sz w:val="20"/>
          <w:szCs w:val="20"/>
        </w:rPr>
        <w:t>/15/202</w:t>
      </w:r>
      <w:r w:rsidR="001057EF" w:rsidRPr="00697C37">
        <w:rPr>
          <w:rFonts w:ascii="Arial" w:hAnsi="Arial" w:cs="Arial"/>
          <w:sz w:val="20"/>
          <w:szCs w:val="20"/>
        </w:rPr>
        <w:t>5</w:t>
      </w:r>
    </w:p>
    <w:p w14:paraId="2D3D72AC" w14:textId="2FE8AB73" w:rsidR="003A0332" w:rsidRPr="00697C37" w:rsidRDefault="003A0332" w:rsidP="00EF7492">
      <w:pPr>
        <w:pStyle w:val="ListParagraph"/>
        <w:numPr>
          <w:ilvl w:val="0"/>
          <w:numId w:val="32"/>
        </w:numPr>
        <w:spacing w:after="0" w:line="240" w:lineRule="auto"/>
        <w:rPr>
          <w:rFonts w:ascii="Arial" w:hAnsi="Arial" w:cs="Arial"/>
          <w:sz w:val="20"/>
          <w:szCs w:val="20"/>
        </w:rPr>
      </w:pPr>
      <w:r w:rsidRPr="00697C37">
        <w:rPr>
          <w:rFonts w:ascii="Arial" w:hAnsi="Arial" w:cs="Arial"/>
          <w:sz w:val="20"/>
          <w:szCs w:val="20"/>
        </w:rPr>
        <w:t>Applications will not be processed prior to hire date.</w:t>
      </w:r>
    </w:p>
    <w:p w14:paraId="407A9C56" w14:textId="77777777" w:rsidR="007C1EAD" w:rsidRPr="00697C37" w:rsidRDefault="00C90BCA" w:rsidP="00EF7492">
      <w:pPr>
        <w:spacing w:after="0" w:line="240" w:lineRule="auto"/>
        <w:rPr>
          <w:rFonts w:ascii="Arial" w:hAnsi="Arial" w:cs="Arial"/>
          <w:sz w:val="20"/>
          <w:szCs w:val="20"/>
        </w:rPr>
      </w:pPr>
      <w:r>
        <w:rPr>
          <w:rFonts w:ascii="Arial" w:hAnsi="Arial" w:cs="Arial"/>
          <w:sz w:val="20"/>
          <w:szCs w:val="20"/>
        </w:rPr>
        <w:pict w14:anchorId="4399ADDB">
          <v:rect id="_x0000_i1027" style="width:0;height:1.5pt" o:hralign="center" o:hrstd="t" o:hr="t" fillcolor="#a0a0a0" stroked="f"/>
        </w:pict>
      </w:r>
    </w:p>
    <w:p w14:paraId="5179FB02" w14:textId="77777777" w:rsidR="00136F7A" w:rsidRPr="00697C37" w:rsidRDefault="007C1EAD" w:rsidP="00EF7492">
      <w:pPr>
        <w:spacing w:after="0" w:line="240" w:lineRule="auto"/>
        <w:rPr>
          <w:rFonts w:ascii="Arial" w:hAnsi="Arial" w:cs="Arial"/>
          <w:b/>
          <w:bCs/>
          <w:sz w:val="20"/>
          <w:szCs w:val="20"/>
        </w:rPr>
      </w:pPr>
      <w:r w:rsidRPr="00697C37">
        <w:rPr>
          <w:rFonts w:ascii="Arial" w:hAnsi="Arial" w:cs="Arial"/>
          <w:b/>
          <w:bCs/>
          <w:sz w:val="20"/>
          <w:szCs w:val="20"/>
        </w:rPr>
        <w:t>Section 3: Educational Attainment</w:t>
      </w:r>
      <w:r w:rsidR="001523B1" w:rsidRPr="00697C37">
        <w:rPr>
          <w:rFonts w:ascii="Arial" w:hAnsi="Arial" w:cs="Arial"/>
          <w:b/>
          <w:bCs/>
          <w:sz w:val="20"/>
          <w:szCs w:val="20"/>
        </w:rPr>
        <w:t xml:space="preserve"> </w:t>
      </w:r>
    </w:p>
    <w:p w14:paraId="3ACC5C7E" w14:textId="3A1E0C36" w:rsidR="007C1EAD" w:rsidRPr="00697C37" w:rsidRDefault="001523B1" w:rsidP="00EF7492">
      <w:pPr>
        <w:spacing w:after="0" w:line="240" w:lineRule="auto"/>
        <w:rPr>
          <w:rFonts w:ascii="Arial" w:hAnsi="Arial" w:cs="Arial"/>
          <w:sz w:val="20"/>
          <w:szCs w:val="20"/>
        </w:rPr>
      </w:pPr>
      <w:r w:rsidRPr="00697C37">
        <w:rPr>
          <w:rFonts w:ascii="Arial" w:hAnsi="Arial" w:cs="Arial"/>
          <w:sz w:val="20"/>
          <w:szCs w:val="20"/>
        </w:rPr>
        <w:t>(The information requested can be found on your college transcripts</w:t>
      </w:r>
      <w:r w:rsidR="007F5798" w:rsidRPr="00697C37">
        <w:rPr>
          <w:rFonts w:ascii="Arial" w:hAnsi="Arial" w:cs="Arial"/>
          <w:sz w:val="20"/>
          <w:szCs w:val="20"/>
        </w:rPr>
        <w:t xml:space="preserve">.  It is typically found at the top or very end of </w:t>
      </w:r>
      <w:r w:rsidR="00983E38" w:rsidRPr="00697C37">
        <w:rPr>
          <w:rFonts w:ascii="Arial" w:hAnsi="Arial" w:cs="Arial"/>
          <w:sz w:val="20"/>
          <w:szCs w:val="20"/>
        </w:rPr>
        <w:t>transcripts</w:t>
      </w:r>
      <w:r w:rsidR="007F5798" w:rsidRPr="00697C37">
        <w:rPr>
          <w:rFonts w:ascii="Arial" w:hAnsi="Arial" w:cs="Arial"/>
          <w:sz w:val="20"/>
          <w:szCs w:val="20"/>
        </w:rPr>
        <w:t>.</w:t>
      </w:r>
      <w:r w:rsidRPr="00697C37">
        <w:rPr>
          <w:rFonts w:ascii="Arial" w:hAnsi="Arial" w:cs="Arial"/>
          <w:sz w:val="20"/>
          <w:szCs w:val="20"/>
        </w:rPr>
        <w:t>)</w:t>
      </w:r>
      <w:r w:rsidR="00D81AEA" w:rsidRPr="00697C37">
        <w:rPr>
          <w:rFonts w:ascii="Arial" w:hAnsi="Arial" w:cs="Arial"/>
          <w:sz w:val="20"/>
          <w:szCs w:val="20"/>
        </w:rPr>
        <w:t xml:space="preserve"> List of approved degrees can be found in the ITP Procedural Guidance for Personnel Certification.</w:t>
      </w:r>
      <w:r w:rsidR="00B37E0E" w:rsidRPr="00697C37">
        <w:rPr>
          <w:rFonts w:ascii="Arial" w:hAnsi="Arial" w:cs="Arial"/>
          <w:sz w:val="20"/>
          <w:szCs w:val="20"/>
        </w:rPr>
        <w:t xml:space="preserve"> If an applicant holds a degree that falls under “another human service degree field,” completion of the </w:t>
      </w:r>
      <w:r w:rsidR="00B37E0E" w:rsidRPr="00697C37">
        <w:rPr>
          <w:rFonts w:ascii="Arial" w:hAnsi="Arial" w:cs="Arial"/>
          <w:i/>
          <w:iCs/>
          <w:sz w:val="20"/>
          <w:szCs w:val="20"/>
        </w:rPr>
        <w:t>Another Human Service Field Worksheet</w:t>
      </w:r>
      <w:r w:rsidR="00B37E0E" w:rsidRPr="00697C37">
        <w:rPr>
          <w:rFonts w:ascii="Arial" w:hAnsi="Arial" w:cs="Arial"/>
          <w:sz w:val="20"/>
          <w:szCs w:val="20"/>
        </w:rPr>
        <w:t xml:space="preserve"> is required. This worksheet is used by the CDSA Director or designee to assist in determining whether the degree qualifies as an “another human service” field.</w:t>
      </w:r>
    </w:p>
    <w:p w14:paraId="1EC76594" w14:textId="77777777" w:rsidR="002D67F1" w:rsidRPr="00697C37" w:rsidRDefault="002D67F1" w:rsidP="00EF7492">
      <w:pPr>
        <w:spacing w:after="0" w:line="240" w:lineRule="auto"/>
        <w:rPr>
          <w:rFonts w:ascii="Arial" w:hAnsi="Arial" w:cs="Arial"/>
          <w:sz w:val="20"/>
          <w:szCs w:val="20"/>
        </w:rPr>
      </w:pPr>
    </w:p>
    <w:p w14:paraId="4A6278F9" w14:textId="03E988E3" w:rsidR="008154CE" w:rsidRPr="00697C37" w:rsidRDefault="008154CE" w:rsidP="00EF7492">
      <w:pPr>
        <w:numPr>
          <w:ilvl w:val="0"/>
          <w:numId w:val="12"/>
        </w:numPr>
        <w:spacing w:after="0" w:line="240" w:lineRule="auto"/>
        <w:rPr>
          <w:rFonts w:ascii="Arial" w:hAnsi="Arial" w:cs="Arial"/>
          <w:sz w:val="20"/>
          <w:szCs w:val="20"/>
        </w:rPr>
      </w:pPr>
      <w:r w:rsidRPr="00697C37">
        <w:rPr>
          <w:rFonts w:ascii="Arial" w:hAnsi="Arial" w:cs="Arial"/>
          <w:sz w:val="20"/>
          <w:szCs w:val="20"/>
        </w:rPr>
        <w:t xml:space="preserve">Enter the type of degree you obtained. (Must be at least a </w:t>
      </w:r>
      <w:r w:rsidR="002C1E8F" w:rsidRPr="00697C37">
        <w:rPr>
          <w:rFonts w:ascii="Arial" w:hAnsi="Arial" w:cs="Arial"/>
          <w:sz w:val="20"/>
          <w:szCs w:val="20"/>
        </w:rPr>
        <w:t>bachelor’s degree</w:t>
      </w:r>
      <w:r w:rsidRPr="00697C37">
        <w:rPr>
          <w:rFonts w:ascii="Arial" w:hAnsi="Arial" w:cs="Arial"/>
          <w:sz w:val="20"/>
          <w:szCs w:val="20"/>
        </w:rPr>
        <w:t xml:space="preserve"> from an accredited university)</w:t>
      </w:r>
    </w:p>
    <w:p w14:paraId="3EC7CB23" w14:textId="77777777" w:rsidR="008154CE" w:rsidRPr="00697C37" w:rsidRDefault="008154CE" w:rsidP="00EF7492">
      <w:pPr>
        <w:numPr>
          <w:ilvl w:val="0"/>
          <w:numId w:val="12"/>
        </w:numPr>
        <w:spacing w:after="0" w:line="240" w:lineRule="auto"/>
        <w:rPr>
          <w:rFonts w:ascii="Arial" w:hAnsi="Arial" w:cs="Arial"/>
          <w:sz w:val="20"/>
          <w:szCs w:val="20"/>
        </w:rPr>
      </w:pPr>
      <w:r w:rsidRPr="00697C37">
        <w:rPr>
          <w:rFonts w:ascii="Arial" w:hAnsi="Arial" w:cs="Arial"/>
          <w:sz w:val="20"/>
          <w:szCs w:val="20"/>
        </w:rPr>
        <w:t>Enter your major. This is the subject area or academic field that you chose as your main specialization.</w:t>
      </w:r>
    </w:p>
    <w:p w14:paraId="11C8E006" w14:textId="77777777" w:rsidR="008154CE" w:rsidRPr="00697C37" w:rsidRDefault="008154CE" w:rsidP="00EF7492">
      <w:pPr>
        <w:numPr>
          <w:ilvl w:val="0"/>
          <w:numId w:val="12"/>
        </w:numPr>
        <w:spacing w:after="0" w:line="240" w:lineRule="auto"/>
        <w:rPr>
          <w:rFonts w:ascii="Arial" w:hAnsi="Arial" w:cs="Arial"/>
          <w:sz w:val="20"/>
          <w:szCs w:val="20"/>
        </w:rPr>
      </w:pPr>
      <w:r w:rsidRPr="00697C37">
        <w:rPr>
          <w:rFonts w:ascii="Arial" w:hAnsi="Arial" w:cs="Arial"/>
          <w:sz w:val="20"/>
          <w:szCs w:val="20"/>
        </w:rPr>
        <w:t>Enter the accredited university from which your degree was obtained.</w:t>
      </w:r>
    </w:p>
    <w:p w14:paraId="624705A4" w14:textId="77777777" w:rsidR="008154CE" w:rsidRPr="00697C37" w:rsidRDefault="008154CE" w:rsidP="00EF7492">
      <w:pPr>
        <w:pStyle w:val="ListParagraph"/>
        <w:spacing w:after="0" w:line="240" w:lineRule="auto"/>
        <w:rPr>
          <w:rFonts w:ascii="Arial" w:hAnsi="Arial" w:cs="Arial"/>
          <w:sz w:val="20"/>
          <w:szCs w:val="20"/>
        </w:rPr>
      </w:pPr>
      <w:r w:rsidRPr="00697C37">
        <w:rPr>
          <w:rFonts w:ascii="Arial" w:hAnsi="Arial" w:cs="Arial"/>
          <w:b/>
          <w:bCs/>
          <w:sz w:val="20"/>
          <w:szCs w:val="20"/>
        </w:rPr>
        <w:t>Example of Degree, Major, and University</w:t>
      </w:r>
      <w:r w:rsidRPr="00697C37">
        <w:rPr>
          <w:rFonts w:ascii="Arial" w:hAnsi="Arial" w:cs="Arial"/>
          <w:sz w:val="20"/>
          <w:szCs w:val="20"/>
        </w:rPr>
        <w:t xml:space="preserve">: </w:t>
      </w:r>
    </w:p>
    <w:p w14:paraId="59B05F02" w14:textId="77777777" w:rsidR="008154CE" w:rsidRPr="00697C37" w:rsidRDefault="008154CE" w:rsidP="00EF7492">
      <w:pPr>
        <w:pStyle w:val="ListParagraph"/>
        <w:spacing w:after="0" w:line="240" w:lineRule="auto"/>
        <w:rPr>
          <w:rFonts w:ascii="Arial" w:hAnsi="Arial" w:cs="Arial"/>
          <w:sz w:val="20"/>
          <w:szCs w:val="20"/>
        </w:rPr>
      </w:pPr>
      <w:r w:rsidRPr="00697C37">
        <w:rPr>
          <w:rFonts w:ascii="Arial" w:hAnsi="Arial" w:cs="Arial"/>
          <w:sz w:val="20"/>
          <w:szCs w:val="20"/>
        </w:rPr>
        <w:t>Bachelor of Science in Early Childhood Education from East Carolina University</w:t>
      </w:r>
    </w:p>
    <w:p w14:paraId="69C57C52" w14:textId="77777777" w:rsidR="008154CE" w:rsidRPr="00697C37" w:rsidRDefault="008154CE" w:rsidP="00EF7492">
      <w:pPr>
        <w:numPr>
          <w:ilvl w:val="0"/>
          <w:numId w:val="12"/>
        </w:numPr>
        <w:spacing w:after="0" w:line="240" w:lineRule="auto"/>
        <w:rPr>
          <w:rFonts w:ascii="Arial" w:hAnsi="Arial" w:cs="Arial"/>
          <w:b/>
          <w:bCs/>
          <w:sz w:val="20"/>
          <w:szCs w:val="20"/>
        </w:rPr>
      </w:pPr>
      <w:r w:rsidRPr="00697C37">
        <w:rPr>
          <w:rFonts w:ascii="Arial" w:hAnsi="Arial" w:cs="Arial"/>
          <w:sz w:val="20"/>
          <w:szCs w:val="20"/>
        </w:rPr>
        <w:t xml:space="preserve">Check box when transcript has been obtained and ready to be submitted as part of the application packet. </w:t>
      </w:r>
    </w:p>
    <w:p w14:paraId="583F53E4" w14:textId="77777777" w:rsidR="008154CE" w:rsidRPr="00697C37" w:rsidRDefault="008154CE" w:rsidP="00EF7492">
      <w:pPr>
        <w:spacing w:after="0" w:line="240" w:lineRule="auto"/>
        <w:ind w:left="720"/>
        <w:rPr>
          <w:rFonts w:ascii="Arial" w:hAnsi="Arial" w:cs="Arial"/>
          <w:b/>
          <w:bCs/>
          <w:sz w:val="20"/>
          <w:szCs w:val="20"/>
        </w:rPr>
      </w:pPr>
      <w:r w:rsidRPr="00697C37">
        <w:rPr>
          <w:rFonts w:ascii="Arial" w:hAnsi="Arial" w:cs="Arial"/>
          <w:b/>
          <w:bCs/>
          <w:sz w:val="20"/>
          <w:szCs w:val="20"/>
        </w:rPr>
        <w:lastRenderedPageBreak/>
        <w:t>Attach copy of official transcript(s)</w:t>
      </w:r>
      <w:r w:rsidRPr="00697C37">
        <w:rPr>
          <w:rFonts w:ascii="Arial" w:hAnsi="Arial" w:cs="Arial"/>
          <w:sz w:val="20"/>
          <w:szCs w:val="20"/>
        </w:rPr>
        <w:t xml:space="preserve"> </w:t>
      </w:r>
      <w:r w:rsidRPr="00697C37">
        <w:rPr>
          <w:rFonts w:ascii="Arial" w:hAnsi="Arial" w:cs="Arial"/>
          <w:b/>
          <w:bCs/>
          <w:sz w:val="20"/>
          <w:szCs w:val="20"/>
        </w:rPr>
        <w:t>clearly</w:t>
      </w:r>
      <w:r w:rsidRPr="00697C37">
        <w:rPr>
          <w:rFonts w:ascii="Arial" w:hAnsi="Arial" w:cs="Arial"/>
          <w:sz w:val="20"/>
          <w:szCs w:val="20"/>
        </w:rPr>
        <w:t xml:space="preserve"> </w:t>
      </w:r>
      <w:r w:rsidRPr="00697C37">
        <w:rPr>
          <w:rFonts w:ascii="Arial" w:hAnsi="Arial" w:cs="Arial"/>
          <w:b/>
          <w:bCs/>
          <w:sz w:val="20"/>
          <w:szCs w:val="20"/>
        </w:rPr>
        <w:t xml:space="preserve">showing: </w:t>
      </w:r>
    </w:p>
    <w:p w14:paraId="10824692" w14:textId="77777777" w:rsidR="008154CE" w:rsidRPr="00697C37" w:rsidRDefault="008154CE" w:rsidP="00EF7492">
      <w:pPr>
        <w:numPr>
          <w:ilvl w:val="1"/>
          <w:numId w:val="12"/>
        </w:numPr>
        <w:spacing w:after="0" w:line="240" w:lineRule="auto"/>
        <w:rPr>
          <w:rFonts w:ascii="Arial" w:hAnsi="Arial" w:cs="Arial"/>
          <w:sz w:val="20"/>
          <w:szCs w:val="20"/>
        </w:rPr>
      </w:pPr>
      <w:r w:rsidRPr="00697C37">
        <w:rPr>
          <w:rFonts w:ascii="Arial" w:hAnsi="Arial" w:cs="Arial"/>
          <w:sz w:val="20"/>
          <w:szCs w:val="20"/>
        </w:rPr>
        <w:t>Full name</w:t>
      </w:r>
    </w:p>
    <w:p w14:paraId="70DA025D" w14:textId="77777777" w:rsidR="008154CE" w:rsidRPr="00697C37" w:rsidRDefault="008154CE" w:rsidP="00EF7492">
      <w:pPr>
        <w:numPr>
          <w:ilvl w:val="1"/>
          <w:numId w:val="12"/>
        </w:numPr>
        <w:spacing w:after="0" w:line="240" w:lineRule="auto"/>
        <w:rPr>
          <w:rFonts w:ascii="Arial" w:hAnsi="Arial" w:cs="Arial"/>
          <w:sz w:val="20"/>
          <w:szCs w:val="20"/>
        </w:rPr>
      </w:pPr>
      <w:r w:rsidRPr="00697C37">
        <w:rPr>
          <w:rFonts w:ascii="Arial" w:hAnsi="Arial" w:cs="Arial"/>
          <w:sz w:val="20"/>
          <w:szCs w:val="20"/>
        </w:rPr>
        <w:t>Degree type</w:t>
      </w:r>
    </w:p>
    <w:p w14:paraId="769993E1" w14:textId="77777777" w:rsidR="008154CE" w:rsidRPr="00697C37" w:rsidRDefault="008154CE" w:rsidP="00EF7492">
      <w:pPr>
        <w:numPr>
          <w:ilvl w:val="1"/>
          <w:numId w:val="12"/>
        </w:numPr>
        <w:spacing w:after="0" w:line="240" w:lineRule="auto"/>
        <w:rPr>
          <w:rFonts w:ascii="Arial" w:hAnsi="Arial" w:cs="Arial"/>
          <w:sz w:val="20"/>
          <w:szCs w:val="20"/>
        </w:rPr>
      </w:pPr>
      <w:r w:rsidRPr="00697C37">
        <w:rPr>
          <w:rFonts w:ascii="Arial" w:hAnsi="Arial" w:cs="Arial"/>
          <w:sz w:val="20"/>
          <w:szCs w:val="20"/>
        </w:rPr>
        <w:t>Major</w:t>
      </w:r>
    </w:p>
    <w:p w14:paraId="7CCB26BB" w14:textId="77777777" w:rsidR="008154CE" w:rsidRPr="00697C37" w:rsidRDefault="008154CE" w:rsidP="00EF7492">
      <w:pPr>
        <w:numPr>
          <w:ilvl w:val="1"/>
          <w:numId w:val="12"/>
        </w:numPr>
        <w:spacing w:after="0" w:line="240" w:lineRule="auto"/>
        <w:rPr>
          <w:rFonts w:ascii="Arial" w:hAnsi="Arial" w:cs="Arial"/>
          <w:sz w:val="20"/>
          <w:szCs w:val="20"/>
        </w:rPr>
      </w:pPr>
      <w:r w:rsidRPr="00697C37">
        <w:rPr>
          <w:rFonts w:ascii="Arial" w:hAnsi="Arial" w:cs="Arial"/>
          <w:sz w:val="20"/>
          <w:szCs w:val="20"/>
        </w:rPr>
        <w:t>Date awarded</w:t>
      </w:r>
    </w:p>
    <w:p w14:paraId="1899C7DA" w14:textId="77777777" w:rsidR="008154CE" w:rsidRPr="00697C37" w:rsidRDefault="008154CE" w:rsidP="00EF7492">
      <w:pPr>
        <w:numPr>
          <w:ilvl w:val="1"/>
          <w:numId w:val="12"/>
        </w:numPr>
        <w:spacing w:after="0" w:line="240" w:lineRule="auto"/>
        <w:rPr>
          <w:rFonts w:ascii="Arial" w:hAnsi="Arial" w:cs="Arial"/>
          <w:sz w:val="20"/>
          <w:szCs w:val="20"/>
        </w:rPr>
      </w:pPr>
      <w:r w:rsidRPr="00697C37">
        <w:rPr>
          <w:rFonts w:ascii="Arial" w:hAnsi="Arial" w:cs="Arial"/>
          <w:sz w:val="20"/>
          <w:szCs w:val="20"/>
        </w:rPr>
        <w:t>University’s official seal/signature</w:t>
      </w:r>
    </w:p>
    <w:p w14:paraId="12B51EED" w14:textId="77777777" w:rsidR="007C1EAD" w:rsidRPr="00697C37" w:rsidRDefault="00C90BCA" w:rsidP="00EF7492">
      <w:pPr>
        <w:spacing w:after="0" w:line="240" w:lineRule="auto"/>
        <w:rPr>
          <w:rFonts w:ascii="Arial" w:hAnsi="Arial" w:cs="Arial"/>
          <w:sz w:val="20"/>
          <w:szCs w:val="20"/>
        </w:rPr>
      </w:pPr>
      <w:r>
        <w:rPr>
          <w:rFonts w:ascii="Arial" w:hAnsi="Arial" w:cs="Arial"/>
          <w:sz w:val="20"/>
          <w:szCs w:val="20"/>
        </w:rPr>
        <w:pict w14:anchorId="79AF951A">
          <v:rect id="_x0000_i1028" style="width:0;height:1.5pt" o:hralign="center" o:hrstd="t" o:hr="t" fillcolor="#a0a0a0" stroked="f"/>
        </w:pict>
      </w:r>
    </w:p>
    <w:p w14:paraId="49702FA2" w14:textId="77777777" w:rsidR="007C1EAD" w:rsidRPr="00697C37" w:rsidRDefault="007C1EAD" w:rsidP="00EF7492">
      <w:pPr>
        <w:spacing w:after="0" w:line="240" w:lineRule="auto"/>
        <w:rPr>
          <w:rFonts w:ascii="Arial" w:hAnsi="Arial" w:cs="Arial"/>
          <w:b/>
          <w:bCs/>
          <w:sz w:val="20"/>
          <w:szCs w:val="20"/>
        </w:rPr>
      </w:pPr>
      <w:r w:rsidRPr="00697C37">
        <w:rPr>
          <w:rFonts w:ascii="Arial" w:hAnsi="Arial" w:cs="Arial"/>
          <w:b/>
          <w:bCs/>
          <w:sz w:val="20"/>
          <w:szCs w:val="20"/>
        </w:rPr>
        <w:t>Section 4: Statutory Questions</w:t>
      </w:r>
    </w:p>
    <w:p w14:paraId="1486BB7C" w14:textId="1BDC2181" w:rsidR="00EC1CE4" w:rsidRPr="00697C37" w:rsidRDefault="00EC1CE4" w:rsidP="00EF7492">
      <w:pPr>
        <w:spacing w:after="0" w:line="240" w:lineRule="auto"/>
        <w:rPr>
          <w:rFonts w:ascii="Arial" w:hAnsi="Arial" w:cs="Arial"/>
          <w:sz w:val="20"/>
          <w:szCs w:val="20"/>
        </w:rPr>
      </w:pPr>
      <w:r w:rsidRPr="00697C37">
        <w:rPr>
          <w:rFonts w:ascii="Arial" w:hAnsi="Arial" w:cs="Arial"/>
          <w:sz w:val="20"/>
          <w:szCs w:val="20"/>
        </w:rPr>
        <w:t>The</w:t>
      </w:r>
      <w:r w:rsidR="003A0332" w:rsidRPr="00697C37">
        <w:rPr>
          <w:rFonts w:ascii="Arial" w:hAnsi="Arial" w:cs="Arial"/>
          <w:sz w:val="20"/>
          <w:szCs w:val="20"/>
        </w:rPr>
        <w:t xml:space="preserve"> questions</w:t>
      </w:r>
      <w:r w:rsidRPr="00697C37">
        <w:rPr>
          <w:rFonts w:ascii="Arial" w:hAnsi="Arial" w:cs="Arial"/>
          <w:sz w:val="20"/>
          <w:szCs w:val="20"/>
        </w:rPr>
        <w:t xml:space="preserve"> </w:t>
      </w:r>
      <w:r w:rsidR="003A0332" w:rsidRPr="00697C37">
        <w:rPr>
          <w:rFonts w:ascii="Arial" w:hAnsi="Arial" w:cs="Arial"/>
          <w:sz w:val="20"/>
          <w:szCs w:val="20"/>
        </w:rPr>
        <w:t xml:space="preserve">below </w:t>
      </w:r>
      <w:r w:rsidRPr="00697C37">
        <w:rPr>
          <w:rFonts w:ascii="Arial" w:hAnsi="Arial" w:cs="Arial"/>
          <w:sz w:val="20"/>
          <w:szCs w:val="20"/>
        </w:rPr>
        <w:t xml:space="preserve">are asked in accordance with </w:t>
      </w:r>
      <w:hyperlink r:id="rId13" w:history="1">
        <w:r w:rsidRPr="00697C37">
          <w:rPr>
            <w:rStyle w:val="Hyperlink"/>
            <w:rFonts w:ascii="Arial" w:hAnsi="Arial" w:cs="Arial"/>
            <w:sz w:val="20"/>
            <w:szCs w:val="20"/>
          </w:rPr>
          <w:t xml:space="preserve">NC Session Laws 2019-91 </w:t>
        </w:r>
      </w:hyperlink>
      <w:r w:rsidRPr="00697C37">
        <w:rPr>
          <w:rFonts w:ascii="Arial" w:hAnsi="Arial" w:cs="Arial"/>
          <w:sz w:val="20"/>
          <w:szCs w:val="20"/>
        </w:rPr>
        <w:t xml:space="preserve">and </w:t>
      </w:r>
      <w:hyperlink r:id="rId14" w:history="1">
        <w:r w:rsidRPr="00697C37">
          <w:rPr>
            <w:rStyle w:val="Hyperlink"/>
            <w:rFonts w:ascii="Arial" w:hAnsi="Arial" w:cs="Arial"/>
            <w:sz w:val="20"/>
            <w:szCs w:val="20"/>
          </w:rPr>
          <w:t>SL 2020-87.</w:t>
        </w:r>
      </w:hyperlink>
      <w:r w:rsidRPr="00697C37">
        <w:rPr>
          <w:rFonts w:ascii="Arial" w:hAnsi="Arial" w:cs="Arial"/>
          <w:sz w:val="20"/>
          <w:szCs w:val="20"/>
        </w:rPr>
        <w:t xml:space="preserve"> The responses are collected for statutory purposes and identifying information shall not be disclosed with response</w:t>
      </w:r>
      <w:r w:rsidR="003A0332" w:rsidRPr="00697C37">
        <w:rPr>
          <w:rFonts w:ascii="Arial" w:hAnsi="Arial" w:cs="Arial"/>
          <w:sz w:val="20"/>
          <w:szCs w:val="20"/>
        </w:rPr>
        <w:t>s</w:t>
      </w:r>
      <w:r w:rsidR="00CD317F" w:rsidRPr="00697C37">
        <w:rPr>
          <w:rFonts w:ascii="Arial" w:hAnsi="Arial" w:cs="Arial"/>
          <w:sz w:val="20"/>
          <w:szCs w:val="20"/>
        </w:rPr>
        <w:t>.</w:t>
      </w:r>
    </w:p>
    <w:p w14:paraId="4018281E" w14:textId="77777777" w:rsidR="00347EAC" w:rsidRPr="00697C37" w:rsidRDefault="00347EAC" w:rsidP="00EF7492">
      <w:pPr>
        <w:spacing w:after="0" w:line="240" w:lineRule="auto"/>
        <w:rPr>
          <w:rFonts w:ascii="Arial" w:hAnsi="Arial" w:cs="Arial"/>
          <w:sz w:val="20"/>
          <w:szCs w:val="20"/>
        </w:rPr>
      </w:pPr>
    </w:p>
    <w:p w14:paraId="04A7FBF2" w14:textId="77777777" w:rsidR="007C1EAD" w:rsidRPr="00697C37" w:rsidRDefault="007C1EAD" w:rsidP="00EF7492">
      <w:pPr>
        <w:numPr>
          <w:ilvl w:val="0"/>
          <w:numId w:val="14"/>
        </w:numPr>
        <w:spacing w:after="0" w:line="240" w:lineRule="auto"/>
        <w:rPr>
          <w:rFonts w:ascii="Arial" w:hAnsi="Arial" w:cs="Arial"/>
          <w:sz w:val="20"/>
          <w:szCs w:val="20"/>
        </w:rPr>
      </w:pPr>
      <w:r w:rsidRPr="00697C37">
        <w:rPr>
          <w:rFonts w:ascii="Arial" w:hAnsi="Arial" w:cs="Arial"/>
          <w:b/>
          <w:bCs/>
          <w:sz w:val="20"/>
          <w:szCs w:val="20"/>
        </w:rPr>
        <w:t>Do you have a conviction record?</w:t>
      </w:r>
    </w:p>
    <w:p w14:paraId="50D9BFF2" w14:textId="79CF3ADA" w:rsidR="00876DF6" w:rsidRPr="00697C37" w:rsidRDefault="0067644B" w:rsidP="00EF7492">
      <w:pPr>
        <w:pStyle w:val="ListParagraph"/>
        <w:numPr>
          <w:ilvl w:val="0"/>
          <w:numId w:val="37"/>
        </w:numPr>
        <w:spacing w:after="0" w:line="240" w:lineRule="auto"/>
        <w:rPr>
          <w:rFonts w:ascii="Arial" w:hAnsi="Arial" w:cs="Arial"/>
          <w:sz w:val="20"/>
          <w:szCs w:val="20"/>
        </w:rPr>
      </w:pPr>
      <w:r>
        <w:rPr>
          <w:rFonts w:ascii="Segoe UI Symbol" w:hAnsi="Segoe UI Symbol" w:cs="Segoe UI Symbol"/>
          <w:sz w:val="20"/>
          <w:szCs w:val="20"/>
        </w:rPr>
        <w:t>x</w:t>
      </w:r>
      <w:r w:rsidR="00C90FF7" w:rsidRPr="00697C37">
        <w:rPr>
          <w:rFonts w:ascii="Arial" w:hAnsi="Arial" w:cs="Arial"/>
          <w:sz w:val="20"/>
          <w:szCs w:val="20"/>
        </w:rPr>
        <w:t xml:space="preserve"> </w:t>
      </w:r>
      <w:r w:rsidR="007C1EAD" w:rsidRPr="00697C37">
        <w:rPr>
          <w:rFonts w:ascii="Arial" w:hAnsi="Arial" w:cs="Arial"/>
          <w:sz w:val="20"/>
          <w:szCs w:val="20"/>
        </w:rPr>
        <w:t xml:space="preserve">Yes </w:t>
      </w:r>
      <w:r w:rsidR="007C1EAD" w:rsidRPr="00697C37">
        <w:rPr>
          <w:rFonts w:ascii="Segoe UI Symbol" w:hAnsi="Segoe UI Symbol" w:cs="Segoe UI Symbol"/>
          <w:sz w:val="20"/>
          <w:szCs w:val="20"/>
        </w:rPr>
        <w:t>☐</w:t>
      </w:r>
      <w:r w:rsidR="007C1EAD" w:rsidRPr="00697C37">
        <w:rPr>
          <w:rFonts w:ascii="Arial" w:hAnsi="Arial" w:cs="Arial"/>
          <w:sz w:val="20"/>
          <w:szCs w:val="20"/>
        </w:rPr>
        <w:t xml:space="preserve"> No</w:t>
      </w:r>
      <w:r w:rsidR="00470D5C" w:rsidRPr="00697C37">
        <w:rPr>
          <w:rFonts w:ascii="Arial" w:hAnsi="Arial" w:cs="Arial"/>
          <w:sz w:val="20"/>
          <w:szCs w:val="20"/>
        </w:rPr>
        <w:t xml:space="preserve"> </w:t>
      </w:r>
      <w:r w:rsidR="00D822F8" w:rsidRPr="00697C37">
        <w:rPr>
          <w:rFonts w:ascii="Arial" w:hAnsi="Arial" w:cs="Arial"/>
          <w:sz w:val="20"/>
          <w:szCs w:val="20"/>
        </w:rPr>
        <w:t>(Check appropriate box)</w:t>
      </w:r>
    </w:p>
    <w:p w14:paraId="4581311C" w14:textId="77777777" w:rsidR="00876DF6" w:rsidRPr="00697C37" w:rsidRDefault="007C1EAD" w:rsidP="00EF7492">
      <w:pPr>
        <w:pStyle w:val="ListParagraph"/>
        <w:numPr>
          <w:ilvl w:val="0"/>
          <w:numId w:val="37"/>
        </w:numPr>
        <w:spacing w:after="0" w:line="240" w:lineRule="auto"/>
        <w:rPr>
          <w:rFonts w:ascii="Arial" w:hAnsi="Arial" w:cs="Arial"/>
          <w:sz w:val="20"/>
          <w:szCs w:val="20"/>
        </w:rPr>
      </w:pPr>
      <w:r w:rsidRPr="00697C37">
        <w:rPr>
          <w:rFonts w:ascii="Arial" w:hAnsi="Arial" w:cs="Arial"/>
          <w:sz w:val="20"/>
          <w:szCs w:val="20"/>
        </w:rPr>
        <w:t xml:space="preserve">If </w:t>
      </w:r>
      <w:r w:rsidRPr="00697C37">
        <w:rPr>
          <w:rFonts w:ascii="Arial" w:hAnsi="Arial" w:cs="Arial"/>
          <w:b/>
          <w:bCs/>
          <w:sz w:val="20"/>
          <w:szCs w:val="20"/>
        </w:rPr>
        <w:t>Yes</w:t>
      </w:r>
      <w:r w:rsidRPr="00697C37">
        <w:rPr>
          <w:rFonts w:ascii="Arial" w:hAnsi="Arial" w:cs="Arial"/>
          <w:sz w:val="20"/>
          <w:szCs w:val="20"/>
        </w:rPr>
        <w:t>, list all convictions.</w:t>
      </w:r>
    </w:p>
    <w:p w14:paraId="219B1A55" w14:textId="10E1E7AA" w:rsidR="007C1EAD" w:rsidRPr="00697C37" w:rsidRDefault="007C1EAD" w:rsidP="00EF7492">
      <w:pPr>
        <w:pStyle w:val="ListParagraph"/>
        <w:numPr>
          <w:ilvl w:val="0"/>
          <w:numId w:val="37"/>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w:t>
      </w:r>
      <w:r w:rsidR="00EC1CE4" w:rsidRPr="00697C37">
        <w:rPr>
          <w:rFonts w:ascii="Arial" w:hAnsi="Arial" w:cs="Arial"/>
          <w:sz w:val="20"/>
          <w:szCs w:val="20"/>
        </w:rPr>
        <w:t>Yes</w:t>
      </w:r>
      <w:r w:rsidR="006B32CC" w:rsidRPr="00697C37">
        <w:rPr>
          <w:rFonts w:ascii="Arial" w:hAnsi="Arial" w:cs="Arial"/>
          <w:sz w:val="20"/>
          <w:szCs w:val="20"/>
        </w:rPr>
        <w:t xml:space="preserve">, </w:t>
      </w:r>
      <w:r w:rsidR="00EC1CE4" w:rsidRPr="00697C37">
        <w:rPr>
          <w:rFonts w:ascii="Arial" w:hAnsi="Arial" w:cs="Arial"/>
          <w:sz w:val="20"/>
          <w:szCs w:val="20"/>
        </w:rPr>
        <w:t xml:space="preserve">2019-Speeding </w:t>
      </w:r>
      <w:r w:rsidR="003A0332" w:rsidRPr="00697C37">
        <w:rPr>
          <w:rFonts w:ascii="Arial" w:hAnsi="Arial" w:cs="Arial"/>
          <w:sz w:val="20"/>
          <w:szCs w:val="20"/>
        </w:rPr>
        <w:t>(</w:t>
      </w:r>
      <w:r w:rsidR="00EC1CE4" w:rsidRPr="00697C37">
        <w:rPr>
          <w:rFonts w:ascii="Arial" w:hAnsi="Arial" w:cs="Arial"/>
          <w:sz w:val="20"/>
          <w:szCs w:val="20"/>
        </w:rPr>
        <w:t>up to 10 miles over the speed limit</w:t>
      </w:r>
      <w:r w:rsidR="003A0332" w:rsidRPr="00697C37">
        <w:rPr>
          <w:rFonts w:ascii="Arial" w:hAnsi="Arial" w:cs="Arial"/>
          <w:sz w:val="20"/>
          <w:szCs w:val="20"/>
        </w:rPr>
        <w:t>)</w:t>
      </w:r>
      <w:r w:rsidR="006B32CC" w:rsidRPr="00697C37">
        <w:rPr>
          <w:rFonts w:ascii="Arial" w:hAnsi="Arial" w:cs="Arial"/>
          <w:sz w:val="20"/>
          <w:szCs w:val="20"/>
        </w:rPr>
        <w:t xml:space="preserve"> &amp; driving without a seatbelt</w:t>
      </w:r>
    </w:p>
    <w:p w14:paraId="564DE13B" w14:textId="77777777" w:rsidR="007C1EAD" w:rsidRPr="00697C37" w:rsidRDefault="007C1EAD" w:rsidP="00EF7492">
      <w:pPr>
        <w:numPr>
          <w:ilvl w:val="0"/>
          <w:numId w:val="14"/>
        </w:numPr>
        <w:spacing w:after="0" w:line="240" w:lineRule="auto"/>
        <w:rPr>
          <w:rFonts w:ascii="Arial" w:hAnsi="Arial" w:cs="Arial"/>
          <w:sz w:val="20"/>
          <w:szCs w:val="20"/>
        </w:rPr>
      </w:pPr>
      <w:r w:rsidRPr="00697C37">
        <w:rPr>
          <w:rFonts w:ascii="Arial" w:hAnsi="Arial" w:cs="Arial"/>
          <w:b/>
          <w:bCs/>
          <w:sz w:val="20"/>
          <w:szCs w:val="20"/>
        </w:rPr>
        <w:t>Do you have any prior or current military service?</w:t>
      </w:r>
    </w:p>
    <w:p w14:paraId="04C670AD" w14:textId="263D6A9A" w:rsidR="007C1EAD" w:rsidRPr="00697C37" w:rsidRDefault="0067644B" w:rsidP="00EF7492">
      <w:pPr>
        <w:pStyle w:val="ListParagraph"/>
        <w:numPr>
          <w:ilvl w:val="0"/>
          <w:numId w:val="38"/>
        </w:numPr>
        <w:spacing w:after="0" w:line="240" w:lineRule="auto"/>
        <w:rPr>
          <w:rFonts w:ascii="Arial" w:hAnsi="Arial" w:cs="Arial"/>
          <w:sz w:val="20"/>
          <w:szCs w:val="20"/>
        </w:rPr>
      </w:pPr>
      <w:r>
        <w:rPr>
          <w:rFonts w:ascii="Segoe UI Symbol" w:hAnsi="Segoe UI Symbol" w:cs="Segoe UI Symbol"/>
          <w:sz w:val="20"/>
          <w:szCs w:val="20"/>
        </w:rPr>
        <w:t>x</w:t>
      </w:r>
      <w:r w:rsidR="007C1EAD" w:rsidRPr="00697C37">
        <w:rPr>
          <w:rFonts w:ascii="Arial" w:hAnsi="Arial" w:cs="Arial"/>
          <w:sz w:val="20"/>
          <w:szCs w:val="20"/>
        </w:rPr>
        <w:t xml:space="preserve"> Yes </w:t>
      </w:r>
      <w:r w:rsidR="007C1EAD" w:rsidRPr="00697C37">
        <w:rPr>
          <w:rFonts w:ascii="Segoe UI Symbol" w:hAnsi="Segoe UI Symbol" w:cs="Segoe UI Symbol"/>
          <w:sz w:val="20"/>
          <w:szCs w:val="20"/>
        </w:rPr>
        <w:t>☐</w:t>
      </w:r>
      <w:r w:rsidR="007C1EAD" w:rsidRPr="00697C37">
        <w:rPr>
          <w:rFonts w:ascii="Arial" w:hAnsi="Arial" w:cs="Arial"/>
          <w:sz w:val="20"/>
          <w:szCs w:val="20"/>
        </w:rPr>
        <w:t xml:space="preserve"> No</w:t>
      </w:r>
      <w:r w:rsidR="00C90FF7" w:rsidRPr="00697C37">
        <w:rPr>
          <w:rFonts w:ascii="Arial" w:hAnsi="Arial" w:cs="Arial"/>
          <w:sz w:val="20"/>
          <w:szCs w:val="20"/>
        </w:rPr>
        <w:t xml:space="preserve"> (Check appropriate box)</w:t>
      </w:r>
    </w:p>
    <w:p w14:paraId="4BDD40F6" w14:textId="3B87F78C" w:rsidR="007C1EAD" w:rsidRPr="00697C37" w:rsidRDefault="007C1EAD" w:rsidP="00EF7492">
      <w:pPr>
        <w:pStyle w:val="ListParagraph"/>
        <w:numPr>
          <w:ilvl w:val="0"/>
          <w:numId w:val="38"/>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Yes</w:t>
      </w:r>
      <w:r w:rsidR="006B32CC" w:rsidRPr="00697C37">
        <w:rPr>
          <w:rFonts w:ascii="Arial" w:hAnsi="Arial" w:cs="Arial"/>
          <w:sz w:val="20"/>
          <w:szCs w:val="20"/>
        </w:rPr>
        <w:t xml:space="preserve"> (</w:t>
      </w:r>
      <w:r w:rsidR="007073F2" w:rsidRPr="00697C37">
        <w:rPr>
          <w:rFonts w:ascii="Arial" w:hAnsi="Arial" w:cs="Arial"/>
          <w:sz w:val="20"/>
          <w:szCs w:val="20"/>
        </w:rPr>
        <w:t xml:space="preserve">Applicant served in </w:t>
      </w:r>
      <w:r w:rsidRPr="00697C37">
        <w:rPr>
          <w:rFonts w:ascii="Arial" w:hAnsi="Arial" w:cs="Arial"/>
          <w:sz w:val="20"/>
          <w:szCs w:val="20"/>
        </w:rPr>
        <w:t>U.S. Army, 2015-2019</w:t>
      </w:r>
      <w:r w:rsidR="006B32CC" w:rsidRPr="00697C37">
        <w:rPr>
          <w:rFonts w:ascii="Arial" w:hAnsi="Arial" w:cs="Arial"/>
          <w:sz w:val="20"/>
          <w:szCs w:val="20"/>
        </w:rPr>
        <w:t>)</w:t>
      </w:r>
    </w:p>
    <w:p w14:paraId="02120C57" w14:textId="77777777" w:rsidR="007C1EAD" w:rsidRPr="00697C37" w:rsidRDefault="007C1EAD" w:rsidP="00EF7492">
      <w:pPr>
        <w:numPr>
          <w:ilvl w:val="0"/>
          <w:numId w:val="14"/>
        </w:numPr>
        <w:spacing w:after="0" w:line="240" w:lineRule="auto"/>
        <w:rPr>
          <w:rFonts w:ascii="Arial" w:hAnsi="Arial" w:cs="Arial"/>
          <w:sz w:val="20"/>
          <w:szCs w:val="20"/>
        </w:rPr>
      </w:pPr>
      <w:r w:rsidRPr="00697C37">
        <w:rPr>
          <w:rFonts w:ascii="Arial" w:hAnsi="Arial" w:cs="Arial"/>
          <w:b/>
          <w:bCs/>
          <w:sz w:val="20"/>
          <w:szCs w:val="20"/>
        </w:rPr>
        <w:t>Are you a spouse of a current, active military service member?</w:t>
      </w:r>
    </w:p>
    <w:p w14:paraId="6420C6A7" w14:textId="3C680BA7" w:rsidR="00876DF6" w:rsidRPr="00697C37" w:rsidRDefault="007C1EAD" w:rsidP="00EF7492">
      <w:pPr>
        <w:pStyle w:val="ListParagraph"/>
        <w:numPr>
          <w:ilvl w:val="0"/>
          <w:numId w:val="39"/>
        </w:numPr>
        <w:spacing w:after="0" w:line="240" w:lineRule="auto"/>
        <w:rPr>
          <w:rFonts w:ascii="Arial" w:hAnsi="Arial" w:cs="Arial"/>
          <w:sz w:val="20"/>
          <w:szCs w:val="20"/>
        </w:rPr>
      </w:pPr>
      <w:r w:rsidRPr="00697C37">
        <w:rPr>
          <w:rFonts w:ascii="Segoe UI Symbol" w:hAnsi="Segoe UI Symbol" w:cs="Segoe UI Symbol"/>
          <w:sz w:val="20"/>
          <w:szCs w:val="20"/>
        </w:rPr>
        <w:t>☐</w:t>
      </w:r>
      <w:r w:rsidRPr="00697C37">
        <w:rPr>
          <w:rFonts w:ascii="Arial" w:hAnsi="Arial" w:cs="Arial"/>
          <w:sz w:val="20"/>
          <w:szCs w:val="20"/>
        </w:rPr>
        <w:t xml:space="preserve"> Yes </w:t>
      </w:r>
      <w:r w:rsidR="0067644B">
        <w:rPr>
          <w:rFonts w:ascii="Segoe UI Symbol" w:hAnsi="Segoe UI Symbol" w:cs="Segoe UI Symbol"/>
          <w:sz w:val="20"/>
          <w:szCs w:val="20"/>
        </w:rPr>
        <w:t>x</w:t>
      </w:r>
      <w:r w:rsidRPr="00697C37">
        <w:rPr>
          <w:rFonts w:ascii="Arial" w:hAnsi="Arial" w:cs="Arial"/>
          <w:sz w:val="20"/>
          <w:szCs w:val="20"/>
        </w:rPr>
        <w:t xml:space="preserve"> No</w:t>
      </w:r>
      <w:r w:rsidR="00717C98" w:rsidRPr="00697C37">
        <w:rPr>
          <w:rFonts w:ascii="Arial" w:hAnsi="Arial" w:cs="Arial"/>
          <w:sz w:val="20"/>
          <w:szCs w:val="20"/>
        </w:rPr>
        <w:t xml:space="preserve"> (Check appropriate box)</w:t>
      </w:r>
    </w:p>
    <w:p w14:paraId="2C8D6BA8" w14:textId="567F13A0" w:rsidR="007C1EAD" w:rsidRPr="00697C37" w:rsidRDefault="007C1EAD" w:rsidP="00EF7492">
      <w:pPr>
        <w:pStyle w:val="ListParagraph"/>
        <w:numPr>
          <w:ilvl w:val="0"/>
          <w:numId w:val="39"/>
        </w:num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No</w:t>
      </w:r>
      <w:r w:rsidR="000D54B3" w:rsidRPr="00697C37">
        <w:rPr>
          <w:rFonts w:ascii="Arial" w:hAnsi="Arial" w:cs="Arial"/>
          <w:sz w:val="20"/>
          <w:szCs w:val="20"/>
        </w:rPr>
        <w:t xml:space="preserve"> (</w:t>
      </w:r>
      <w:r w:rsidR="00DD76EA" w:rsidRPr="00697C37">
        <w:rPr>
          <w:rFonts w:ascii="Arial" w:hAnsi="Arial" w:cs="Arial"/>
          <w:sz w:val="20"/>
          <w:szCs w:val="20"/>
        </w:rPr>
        <w:t>Applicant is n</w:t>
      </w:r>
      <w:r w:rsidR="000D54B3" w:rsidRPr="00697C37">
        <w:rPr>
          <w:rFonts w:ascii="Arial" w:hAnsi="Arial" w:cs="Arial"/>
          <w:sz w:val="20"/>
          <w:szCs w:val="20"/>
        </w:rPr>
        <w:t>ot the married person of someone that is now in the military)</w:t>
      </w:r>
    </w:p>
    <w:p w14:paraId="4867E7CF" w14:textId="77777777" w:rsidR="007C1EAD" w:rsidRPr="00697C37" w:rsidRDefault="00C90BCA" w:rsidP="00EF7492">
      <w:pPr>
        <w:spacing w:after="0" w:line="240" w:lineRule="auto"/>
        <w:rPr>
          <w:rFonts w:ascii="Arial" w:hAnsi="Arial" w:cs="Arial"/>
          <w:sz w:val="20"/>
          <w:szCs w:val="20"/>
        </w:rPr>
      </w:pPr>
      <w:r>
        <w:rPr>
          <w:rFonts w:ascii="Arial" w:hAnsi="Arial" w:cs="Arial"/>
          <w:sz w:val="20"/>
          <w:szCs w:val="20"/>
        </w:rPr>
        <w:pict w14:anchorId="5FF811E3">
          <v:rect id="_x0000_i1029" style="width:0;height:1.5pt" o:hralign="center" o:hrstd="t" o:hr="t" fillcolor="#a0a0a0" stroked="f"/>
        </w:pict>
      </w:r>
    </w:p>
    <w:p w14:paraId="2E607167" w14:textId="12E3C158" w:rsidR="0087069A" w:rsidRPr="00697C37" w:rsidRDefault="007C1EAD" w:rsidP="00EF7492">
      <w:pPr>
        <w:spacing w:after="0" w:line="240" w:lineRule="auto"/>
        <w:rPr>
          <w:rFonts w:ascii="Arial" w:hAnsi="Arial" w:cs="Arial"/>
          <w:sz w:val="20"/>
          <w:szCs w:val="20"/>
        </w:rPr>
      </w:pPr>
      <w:r w:rsidRPr="00697C37">
        <w:rPr>
          <w:rFonts w:ascii="Arial" w:hAnsi="Arial" w:cs="Arial"/>
          <w:b/>
          <w:bCs/>
          <w:sz w:val="20"/>
          <w:szCs w:val="20"/>
        </w:rPr>
        <w:t>Section 5: Applicant Signatur</w:t>
      </w:r>
      <w:r w:rsidR="00ED6ED1" w:rsidRPr="00697C37">
        <w:rPr>
          <w:rFonts w:ascii="Arial" w:hAnsi="Arial" w:cs="Arial"/>
          <w:b/>
          <w:bCs/>
          <w:sz w:val="20"/>
          <w:szCs w:val="20"/>
        </w:rPr>
        <w:t xml:space="preserve">e: </w:t>
      </w:r>
      <w:r w:rsidR="00ED6ED1" w:rsidRPr="00697C37">
        <w:rPr>
          <w:rFonts w:ascii="Arial" w:hAnsi="Arial" w:cs="Arial"/>
          <w:sz w:val="20"/>
          <w:szCs w:val="20"/>
        </w:rPr>
        <w:t>The applicant signs and dates attesting the following have been met:</w:t>
      </w:r>
    </w:p>
    <w:p w14:paraId="03B22816" w14:textId="77777777" w:rsidR="00347EAC" w:rsidRPr="00697C37" w:rsidRDefault="00347EAC" w:rsidP="00EF7492">
      <w:pPr>
        <w:spacing w:after="0" w:line="240" w:lineRule="auto"/>
        <w:rPr>
          <w:rFonts w:ascii="Arial" w:hAnsi="Arial" w:cs="Arial"/>
          <w:b/>
          <w:bCs/>
          <w:sz w:val="20"/>
          <w:szCs w:val="20"/>
        </w:rPr>
      </w:pPr>
    </w:p>
    <w:p w14:paraId="501D3922" w14:textId="602DC25D" w:rsidR="0087069A" w:rsidRPr="00697C37" w:rsidRDefault="00ED6ED1" w:rsidP="00EF7492">
      <w:pPr>
        <w:numPr>
          <w:ilvl w:val="0"/>
          <w:numId w:val="15"/>
        </w:numPr>
        <w:spacing w:after="0" w:line="240" w:lineRule="auto"/>
        <w:rPr>
          <w:rFonts w:ascii="Arial" w:hAnsi="Arial" w:cs="Arial"/>
          <w:sz w:val="20"/>
          <w:szCs w:val="20"/>
        </w:rPr>
      </w:pPr>
      <w:r w:rsidRPr="00697C37">
        <w:rPr>
          <w:rFonts w:ascii="Arial" w:hAnsi="Arial" w:cs="Arial"/>
          <w:sz w:val="20"/>
          <w:szCs w:val="20"/>
        </w:rPr>
        <w:t xml:space="preserve">The </w:t>
      </w:r>
      <w:hyperlink r:id="rId15" w:tooltip="ITP Policy and Procedures for Personnel Certification.docx" w:history="1">
        <w:r w:rsidR="0087069A" w:rsidRPr="00697C37">
          <w:rPr>
            <w:rStyle w:val="Hyperlink"/>
            <w:rFonts w:ascii="Arial" w:hAnsi="Arial" w:cs="Arial"/>
            <w:sz w:val="20"/>
            <w:szCs w:val="20"/>
          </w:rPr>
          <w:t>ITP Procedural Guidance for Personnel Certification</w:t>
        </w:r>
      </w:hyperlink>
      <w:r w:rsidR="0087069A" w:rsidRPr="00697C37">
        <w:rPr>
          <w:rFonts w:ascii="Arial" w:hAnsi="Arial" w:cs="Arial"/>
          <w:sz w:val="20"/>
          <w:szCs w:val="20"/>
        </w:rPr>
        <w:t xml:space="preserve"> document was reviewed</w:t>
      </w:r>
      <w:r w:rsidR="00D065F2" w:rsidRPr="00697C37">
        <w:rPr>
          <w:rFonts w:ascii="Arial" w:hAnsi="Arial" w:cs="Arial"/>
          <w:sz w:val="20"/>
          <w:szCs w:val="20"/>
        </w:rPr>
        <w:t xml:space="preserve"> by applicant</w:t>
      </w:r>
    </w:p>
    <w:p w14:paraId="65DCFBE7" w14:textId="27283568" w:rsidR="007C1EAD" w:rsidRPr="00697C37" w:rsidRDefault="0087069A" w:rsidP="00EF7492">
      <w:pPr>
        <w:numPr>
          <w:ilvl w:val="0"/>
          <w:numId w:val="15"/>
        </w:numPr>
        <w:spacing w:after="0" w:line="240" w:lineRule="auto"/>
        <w:rPr>
          <w:rFonts w:ascii="Arial" w:hAnsi="Arial" w:cs="Arial"/>
          <w:sz w:val="20"/>
          <w:szCs w:val="20"/>
        </w:rPr>
      </w:pPr>
      <w:r w:rsidRPr="00697C37">
        <w:rPr>
          <w:rFonts w:ascii="Arial" w:hAnsi="Arial" w:cs="Arial"/>
          <w:sz w:val="20"/>
          <w:szCs w:val="20"/>
        </w:rPr>
        <w:t>This application is filled out completely and accurately</w:t>
      </w:r>
    </w:p>
    <w:p w14:paraId="4AB06486" w14:textId="4BC9E536" w:rsidR="00BC526D" w:rsidRPr="00697C37" w:rsidRDefault="00EE009D" w:rsidP="00EF7492">
      <w:pPr>
        <w:pStyle w:val="ListParagraph"/>
        <w:numPr>
          <w:ilvl w:val="0"/>
          <w:numId w:val="15"/>
        </w:numPr>
        <w:spacing w:after="0" w:line="240" w:lineRule="auto"/>
        <w:rPr>
          <w:rFonts w:ascii="Arial" w:hAnsi="Arial" w:cs="Arial"/>
          <w:sz w:val="20"/>
          <w:szCs w:val="20"/>
        </w:rPr>
      </w:pPr>
      <w:r w:rsidRPr="00697C37">
        <w:rPr>
          <w:rFonts w:ascii="Arial" w:hAnsi="Arial" w:cs="Arial"/>
          <w:sz w:val="20"/>
          <w:szCs w:val="20"/>
        </w:rPr>
        <w:t>A</w:t>
      </w:r>
      <w:r w:rsidR="00BC526D" w:rsidRPr="00697C37">
        <w:rPr>
          <w:rFonts w:ascii="Arial" w:hAnsi="Arial" w:cs="Arial"/>
          <w:sz w:val="20"/>
          <w:szCs w:val="20"/>
        </w:rPr>
        <w:t xml:space="preserve">pproval </w:t>
      </w:r>
      <w:r w:rsidR="00C46425" w:rsidRPr="00697C37">
        <w:rPr>
          <w:rFonts w:ascii="Arial" w:hAnsi="Arial" w:cs="Arial"/>
          <w:sz w:val="20"/>
          <w:szCs w:val="20"/>
        </w:rPr>
        <w:t>or</w:t>
      </w:r>
      <w:r w:rsidR="00BC526D" w:rsidRPr="00697C37">
        <w:rPr>
          <w:rFonts w:ascii="Arial" w:hAnsi="Arial" w:cs="Arial"/>
          <w:sz w:val="20"/>
          <w:szCs w:val="20"/>
        </w:rPr>
        <w:t xml:space="preserve"> denial decision</w:t>
      </w:r>
      <w:r w:rsidRPr="00697C37">
        <w:rPr>
          <w:rFonts w:ascii="Arial" w:hAnsi="Arial" w:cs="Arial"/>
          <w:sz w:val="20"/>
          <w:szCs w:val="20"/>
        </w:rPr>
        <w:t xml:space="preserve"> is</w:t>
      </w:r>
      <w:r w:rsidR="00BC526D" w:rsidRPr="00697C37">
        <w:rPr>
          <w:rFonts w:ascii="Arial" w:hAnsi="Arial" w:cs="Arial"/>
          <w:sz w:val="20"/>
          <w:szCs w:val="20"/>
        </w:rPr>
        <w:t xml:space="preserve"> respected and upheld across all CDSAs.</w:t>
      </w:r>
    </w:p>
    <w:p w14:paraId="6ACBB2ED" w14:textId="77777777" w:rsidR="00692E31" w:rsidRPr="00692E31" w:rsidRDefault="007C1EAD" w:rsidP="00692E31">
      <w:pPr>
        <w:spacing w:after="0" w:line="240" w:lineRule="auto"/>
        <w:ind w:left="360"/>
        <w:rPr>
          <w:rFonts w:ascii="Arial" w:hAnsi="Arial" w:cs="Arial"/>
          <w:sz w:val="20"/>
          <w:szCs w:val="20"/>
        </w:rPr>
      </w:pPr>
      <w:r w:rsidRPr="00692E31">
        <w:rPr>
          <w:rFonts w:ascii="Arial" w:hAnsi="Arial" w:cs="Arial"/>
          <w:b/>
          <w:bCs/>
          <w:sz w:val="20"/>
          <w:szCs w:val="20"/>
        </w:rPr>
        <w:t>Example:</w:t>
      </w:r>
    </w:p>
    <w:p w14:paraId="0F9832F1" w14:textId="1BC835FC" w:rsidR="00750DC8" w:rsidRPr="00692E31" w:rsidRDefault="007C1EAD" w:rsidP="00692E31">
      <w:pPr>
        <w:pStyle w:val="ListParagraph"/>
        <w:numPr>
          <w:ilvl w:val="0"/>
          <w:numId w:val="15"/>
        </w:numPr>
        <w:spacing w:after="0" w:line="240" w:lineRule="auto"/>
        <w:rPr>
          <w:rFonts w:ascii="Arial" w:hAnsi="Arial" w:cs="Arial"/>
          <w:sz w:val="20"/>
          <w:szCs w:val="20"/>
        </w:rPr>
      </w:pPr>
      <w:r w:rsidRPr="00692E31">
        <w:rPr>
          <w:rFonts w:ascii="Arial" w:hAnsi="Arial" w:cs="Arial"/>
          <w:sz w:val="20"/>
          <w:szCs w:val="20"/>
        </w:rPr>
        <w:t xml:space="preserve">Signature: </w:t>
      </w:r>
      <w:r w:rsidR="00C90A14" w:rsidRPr="00692E31">
        <w:rPr>
          <w:rFonts w:ascii="Dreaming Outloud Script Pro" w:hAnsi="Dreaming Outloud Script Pro" w:cs="Dreaming Outloud Script Pro"/>
          <w:sz w:val="20"/>
          <w:szCs w:val="20"/>
        </w:rPr>
        <w:t>Minnie</w:t>
      </w:r>
      <w:r w:rsidR="00C11240" w:rsidRPr="00692E31">
        <w:rPr>
          <w:rFonts w:ascii="Dreaming Outloud Script Pro" w:hAnsi="Dreaming Outloud Script Pro" w:cs="Dreaming Outloud Script Pro"/>
          <w:sz w:val="20"/>
          <w:szCs w:val="20"/>
        </w:rPr>
        <w:t xml:space="preserve"> Smith </w:t>
      </w:r>
      <w:r w:rsidR="00046129" w:rsidRPr="00692E31">
        <w:rPr>
          <w:rFonts w:ascii="Dreaming Outloud Script Pro" w:hAnsi="Dreaming Outloud Script Pro" w:cs="Dreaming Outloud Script Pro"/>
          <w:sz w:val="20"/>
          <w:szCs w:val="20"/>
        </w:rPr>
        <w:t>Mouse</w:t>
      </w:r>
      <w:r w:rsidR="00D7058E" w:rsidRPr="00692E31">
        <w:rPr>
          <w:rFonts w:ascii="Dreaming Outloud Script Pro" w:hAnsi="Dreaming Outloud Script Pro" w:cs="Dreaming Outloud Script Pro"/>
          <w:sz w:val="20"/>
          <w:szCs w:val="20"/>
        </w:rPr>
        <w:t xml:space="preserve"> </w:t>
      </w:r>
    </w:p>
    <w:p w14:paraId="2E923A97" w14:textId="3E2E0CBA" w:rsidR="00D7058E" w:rsidRPr="00692E31" w:rsidRDefault="00D7058E" w:rsidP="00692E31">
      <w:pPr>
        <w:pStyle w:val="ListParagraph"/>
        <w:numPr>
          <w:ilvl w:val="0"/>
          <w:numId w:val="15"/>
        </w:numPr>
        <w:spacing w:after="0" w:line="240" w:lineRule="auto"/>
        <w:rPr>
          <w:rFonts w:ascii="Arial" w:hAnsi="Arial" w:cs="Arial"/>
          <w:sz w:val="20"/>
          <w:szCs w:val="20"/>
        </w:rPr>
      </w:pPr>
      <w:r w:rsidRPr="00692E31">
        <w:rPr>
          <w:rFonts w:ascii="Arial" w:hAnsi="Arial" w:cs="Arial"/>
          <w:sz w:val="20"/>
          <w:szCs w:val="20"/>
        </w:rPr>
        <w:t xml:space="preserve">Type Complete Name and Title: </w:t>
      </w:r>
      <w:r w:rsidR="00046129" w:rsidRPr="00692E31">
        <w:rPr>
          <w:rFonts w:ascii="Arial" w:hAnsi="Arial" w:cs="Arial"/>
          <w:sz w:val="20"/>
          <w:szCs w:val="20"/>
        </w:rPr>
        <w:t>Minnie</w:t>
      </w:r>
      <w:r w:rsidRPr="00692E31">
        <w:rPr>
          <w:rFonts w:ascii="Arial" w:hAnsi="Arial" w:cs="Arial"/>
          <w:sz w:val="20"/>
          <w:szCs w:val="20"/>
        </w:rPr>
        <w:t xml:space="preserve"> Smith </w:t>
      </w:r>
      <w:r w:rsidR="00046129" w:rsidRPr="00692E31">
        <w:rPr>
          <w:rFonts w:ascii="Arial" w:hAnsi="Arial" w:cs="Arial"/>
          <w:sz w:val="20"/>
          <w:szCs w:val="20"/>
        </w:rPr>
        <w:t>Mouse</w:t>
      </w:r>
      <w:r w:rsidR="007143F6" w:rsidRPr="00692E31">
        <w:rPr>
          <w:rFonts w:ascii="Arial" w:hAnsi="Arial" w:cs="Arial"/>
          <w:sz w:val="20"/>
          <w:szCs w:val="20"/>
        </w:rPr>
        <w:t>,</w:t>
      </w:r>
      <w:r w:rsidR="004B6A09" w:rsidRPr="00692E31">
        <w:rPr>
          <w:rFonts w:ascii="Arial" w:hAnsi="Arial" w:cs="Arial"/>
          <w:sz w:val="20"/>
          <w:szCs w:val="20"/>
        </w:rPr>
        <w:t xml:space="preserve"> Special Instructor</w:t>
      </w:r>
    </w:p>
    <w:p w14:paraId="69B8C95F" w14:textId="1EFEC32C" w:rsidR="007C1EAD" w:rsidRPr="00692E31" w:rsidRDefault="007C1EAD" w:rsidP="00692E31">
      <w:pPr>
        <w:pStyle w:val="ListParagraph"/>
        <w:numPr>
          <w:ilvl w:val="0"/>
          <w:numId w:val="15"/>
        </w:numPr>
        <w:spacing w:after="0" w:line="240" w:lineRule="auto"/>
        <w:rPr>
          <w:rFonts w:ascii="Arial" w:hAnsi="Arial" w:cs="Arial"/>
          <w:sz w:val="20"/>
          <w:szCs w:val="20"/>
        </w:rPr>
      </w:pPr>
      <w:r w:rsidRPr="00692E31">
        <w:rPr>
          <w:rFonts w:ascii="Arial" w:hAnsi="Arial" w:cs="Arial"/>
          <w:sz w:val="20"/>
          <w:szCs w:val="20"/>
        </w:rPr>
        <w:t>Date: 01/07/2026</w:t>
      </w:r>
    </w:p>
    <w:p w14:paraId="26434BE0" w14:textId="73A00D2D" w:rsidR="00D065F2" w:rsidRPr="00F14306" w:rsidRDefault="00D065F2" w:rsidP="00F14306">
      <w:pPr>
        <w:spacing w:after="0" w:line="240" w:lineRule="auto"/>
        <w:ind w:left="360"/>
        <w:rPr>
          <w:rFonts w:ascii="Arial" w:hAnsi="Arial" w:cs="Arial"/>
          <w:sz w:val="20"/>
          <w:szCs w:val="20"/>
        </w:rPr>
      </w:pPr>
      <w:r w:rsidRPr="00F14306">
        <w:rPr>
          <w:rFonts w:ascii="Arial" w:hAnsi="Arial" w:cs="Arial"/>
          <w:sz w:val="20"/>
          <w:szCs w:val="20"/>
        </w:rPr>
        <w:t xml:space="preserve">Once signed, the application and copy of official transcripts is submitted to the CDSA </w:t>
      </w:r>
      <w:r w:rsidR="00DD76EA" w:rsidRPr="00F14306">
        <w:rPr>
          <w:rFonts w:ascii="Arial" w:hAnsi="Arial" w:cs="Arial"/>
          <w:sz w:val="20"/>
          <w:szCs w:val="20"/>
        </w:rPr>
        <w:t>in</w:t>
      </w:r>
      <w:r w:rsidRPr="00F14306">
        <w:rPr>
          <w:rFonts w:ascii="Arial" w:hAnsi="Arial" w:cs="Arial"/>
          <w:sz w:val="20"/>
          <w:szCs w:val="20"/>
        </w:rPr>
        <w:t xml:space="preserve"> which the employer is contracted.  The CDSA Director or Designee will review the application and transcripts and award or deny the </w:t>
      </w:r>
      <w:r w:rsidR="008974F2" w:rsidRPr="00F14306">
        <w:rPr>
          <w:rFonts w:ascii="Arial" w:hAnsi="Arial" w:cs="Arial"/>
          <w:sz w:val="20"/>
          <w:szCs w:val="20"/>
        </w:rPr>
        <w:t xml:space="preserve">ITFC </w:t>
      </w:r>
      <w:r w:rsidRPr="00F14306">
        <w:rPr>
          <w:rFonts w:ascii="Arial" w:hAnsi="Arial" w:cs="Arial"/>
          <w:sz w:val="20"/>
          <w:szCs w:val="20"/>
        </w:rPr>
        <w:t xml:space="preserve">in writing </w:t>
      </w:r>
      <w:r w:rsidR="00824D1B" w:rsidRPr="00F14306">
        <w:rPr>
          <w:rFonts w:ascii="Arial" w:hAnsi="Arial" w:cs="Arial"/>
          <w:sz w:val="20"/>
          <w:szCs w:val="20"/>
        </w:rPr>
        <w:t xml:space="preserve">within 30 days from application receipt </w:t>
      </w:r>
      <w:r w:rsidR="000342EE" w:rsidRPr="00F14306">
        <w:rPr>
          <w:rFonts w:ascii="Arial" w:hAnsi="Arial" w:cs="Arial"/>
          <w:sz w:val="20"/>
          <w:szCs w:val="20"/>
        </w:rPr>
        <w:t xml:space="preserve">and </w:t>
      </w:r>
      <w:r w:rsidR="00824D1B" w:rsidRPr="00F14306">
        <w:rPr>
          <w:rFonts w:ascii="Arial" w:hAnsi="Arial" w:cs="Arial"/>
          <w:sz w:val="20"/>
          <w:szCs w:val="20"/>
        </w:rPr>
        <w:t xml:space="preserve">no more than 60 days from date of hire.  </w:t>
      </w:r>
    </w:p>
    <w:p w14:paraId="71123666" w14:textId="77777777" w:rsidR="007C1EAD" w:rsidRPr="00697C37" w:rsidRDefault="00C90BCA" w:rsidP="00EF7492">
      <w:pPr>
        <w:spacing w:after="0" w:line="240" w:lineRule="auto"/>
        <w:rPr>
          <w:rFonts w:ascii="Arial" w:hAnsi="Arial" w:cs="Arial"/>
          <w:sz w:val="20"/>
          <w:szCs w:val="20"/>
        </w:rPr>
      </w:pPr>
      <w:r>
        <w:rPr>
          <w:rFonts w:ascii="Arial" w:hAnsi="Arial" w:cs="Arial"/>
          <w:sz w:val="20"/>
          <w:szCs w:val="20"/>
        </w:rPr>
        <w:pict w14:anchorId="4AD30CA7">
          <v:rect id="_x0000_i1030" style="width:0;height:1.5pt" o:hralign="center" o:hrstd="t" o:hr="t" fillcolor="#a0a0a0" stroked="f"/>
        </w:pict>
      </w:r>
    </w:p>
    <w:p w14:paraId="62BDCEAE" w14:textId="77777777" w:rsidR="007C1EAD" w:rsidRPr="00697C37" w:rsidRDefault="007C1EAD" w:rsidP="00EF7492">
      <w:pPr>
        <w:spacing w:after="0" w:line="240" w:lineRule="auto"/>
        <w:rPr>
          <w:rFonts w:ascii="Arial" w:hAnsi="Arial" w:cs="Arial"/>
          <w:b/>
          <w:bCs/>
          <w:sz w:val="20"/>
          <w:szCs w:val="20"/>
        </w:rPr>
      </w:pPr>
      <w:r w:rsidRPr="00697C37">
        <w:rPr>
          <w:rFonts w:ascii="Arial" w:hAnsi="Arial" w:cs="Arial"/>
          <w:b/>
          <w:bCs/>
          <w:sz w:val="20"/>
          <w:szCs w:val="20"/>
        </w:rPr>
        <w:t>For CDSA Use Only</w:t>
      </w:r>
    </w:p>
    <w:p w14:paraId="26AECB25" w14:textId="4AFE36FB" w:rsidR="007C1EAD" w:rsidRPr="00697C37" w:rsidRDefault="003A0332" w:rsidP="00EF7492">
      <w:pPr>
        <w:spacing w:after="0" w:line="240" w:lineRule="auto"/>
        <w:rPr>
          <w:rFonts w:ascii="Arial" w:hAnsi="Arial" w:cs="Arial"/>
          <w:sz w:val="20"/>
          <w:szCs w:val="20"/>
        </w:rPr>
      </w:pPr>
      <w:r w:rsidRPr="00697C37">
        <w:rPr>
          <w:rFonts w:ascii="Arial" w:hAnsi="Arial" w:cs="Arial"/>
          <w:i/>
          <w:iCs/>
          <w:sz w:val="20"/>
          <w:szCs w:val="20"/>
        </w:rPr>
        <w:t>Applicant l</w:t>
      </w:r>
      <w:r w:rsidR="007C1EAD" w:rsidRPr="00697C37">
        <w:rPr>
          <w:rFonts w:ascii="Arial" w:hAnsi="Arial" w:cs="Arial"/>
          <w:i/>
          <w:iCs/>
          <w:sz w:val="20"/>
          <w:szCs w:val="20"/>
        </w:rPr>
        <w:t>eave</w:t>
      </w:r>
      <w:r w:rsidRPr="00697C37">
        <w:rPr>
          <w:rFonts w:ascii="Arial" w:hAnsi="Arial" w:cs="Arial"/>
          <w:i/>
          <w:iCs/>
          <w:sz w:val="20"/>
          <w:szCs w:val="20"/>
        </w:rPr>
        <w:t>s this section</w:t>
      </w:r>
      <w:r w:rsidR="007C1EAD" w:rsidRPr="00697C37">
        <w:rPr>
          <w:rFonts w:ascii="Arial" w:hAnsi="Arial" w:cs="Arial"/>
          <w:i/>
          <w:iCs/>
          <w:sz w:val="20"/>
          <w:szCs w:val="20"/>
        </w:rPr>
        <w:t xml:space="preserve"> blank – </w:t>
      </w:r>
      <w:r w:rsidRPr="00697C37">
        <w:rPr>
          <w:rFonts w:ascii="Arial" w:hAnsi="Arial" w:cs="Arial"/>
          <w:i/>
          <w:iCs/>
          <w:sz w:val="20"/>
          <w:szCs w:val="20"/>
        </w:rPr>
        <w:t xml:space="preserve">It is </w:t>
      </w:r>
      <w:r w:rsidR="007C1EAD" w:rsidRPr="00697C37">
        <w:rPr>
          <w:rFonts w:ascii="Arial" w:hAnsi="Arial" w:cs="Arial"/>
          <w:i/>
          <w:iCs/>
          <w:sz w:val="20"/>
          <w:szCs w:val="20"/>
        </w:rPr>
        <w:t>completed by CDSA staff</w:t>
      </w:r>
      <w:r w:rsidR="00DC1239" w:rsidRPr="00697C37">
        <w:rPr>
          <w:rFonts w:ascii="Arial" w:hAnsi="Arial" w:cs="Arial"/>
          <w:i/>
          <w:iCs/>
          <w:sz w:val="20"/>
          <w:szCs w:val="20"/>
        </w:rPr>
        <w:t xml:space="preserve"> and includes:</w:t>
      </w:r>
    </w:p>
    <w:p w14:paraId="654AA88B" w14:textId="1A090DBC" w:rsidR="00DB0A21" w:rsidRPr="00DA1275" w:rsidRDefault="007C1EAD" w:rsidP="00DA1275">
      <w:pPr>
        <w:pStyle w:val="ListParagraph"/>
        <w:numPr>
          <w:ilvl w:val="0"/>
          <w:numId w:val="45"/>
        </w:numPr>
        <w:tabs>
          <w:tab w:val="num" w:pos="360"/>
        </w:tabs>
        <w:spacing w:after="0" w:line="240" w:lineRule="auto"/>
        <w:rPr>
          <w:rFonts w:ascii="Arial" w:hAnsi="Arial" w:cs="Arial"/>
          <w:sz w:val="20"/>
          <w:szCs w:val="20"/>
        </w:rPr>
      </w:pPr>
      <w:r w:rsidRPr="00DA1275">
        <w:rPr>
          <w:rFonts w:ascii="Arial" w:hAnsi="Arial" w:cs="Arial"/>
          <w:sz w:val="20"/>
          <w:szCs w:val="20"/>
        </w:rPr>
        <w:t xml:space="preserve">Date </w:t>
      </w:r>
      <w:r w:rsidR="005B1A2B" w:rsidRPr="00DA1275">
        <w:rPr>
          <w:rFonts w:ascii="Arial" w:hAnsi="Arial" w:cs="Arial"/>
          <w:sz w:val="20"/>
          <w:szCs w:val="20"/>
        </w:rPr>
        <w:t xml:space="preserve">the </w:t>
      </w:r>
      <w:r w:rsidR="003A0332" w:rsidRPr="00DA1275">
        <w:rPr>
          <w:rFonts w:ascii="Arial" w:hAnsi="Arial" w:cs="Arial"/>
          <w:sz w:val="20"/>
          <w:szCs w:val="20"/>
        </w:rPr>
        <w:t>completed application</w:t>
      </w:r>
      <w:r w:rsidR="005B1A2B" w:rsidRPr="00DA1275">
        <w:rPr>
          <w:rFonts w:ascii="Arial" w:hAnsi="Arial" w:cs="Arial"/>
          <w:sz w:val="20"/>
          <w:szCs w:val="20"/>
        </w:rPr>
        <w:t xml:space="preserve"> is</w:t>
      </w:r>
      <w:r w:rsidR="003A0332" w:rsidRPr="00DA1275">
        <w:rPr>
          <w:rFonts w:ascii="Arial" w:hAnsi="Arial" w:cs="Arial"/>
          <w:sz w:val="20"/>
          <w:szCs w:val="20"/>
        </w:rPr>
        <w:t xml:space="preserve"> </w:t>
      </w:r>
      <w:r w:rsidRPr="00DA1275">
        <w:rPr>
          <w:rFonts w:ascii="Arial" w:hAnsi="Arial" w:cs="Arial"/>
          <w:sz w:val="20"/>
          <w:szCs w:val="20"/>
        </w:rPr>
        <w:t>received</w:t>
      </w:r>
      <w:r w:rsidR="003A0332" w:rsidRPr="00DA1275">
        <w:rPr>
          <w:rFonts w:ascii="Arial" w:hAnsi="Arial" w:cs="Arial"/>
          <w:sz w:val="20"/>
          <w:szCs w:val="20"/>
        </w:rPr>
        <w:t xml:space="preserve"> by </w:t>
      </w:r>
      <w:r w:rsidR="005B1A2B" w:rsidRPr="00DA1275">
        <w:rPr>
          <w:rFonts w:ascii="Arial" w:hAnsi="Arial" w:cs="Arial"/>
          <w:sz w:val="20"/>
          <w:szCs w:val="20"/>
        </w:rPr>
        <w:t xml:space="preserve">the </w:t>
      </w:r>
      <w:r w:rsidR="003A0332" w:rsidRPr="00DA1275">
        <w:rPr>
          <w:rFonts w:ascii="Arial" w:hAnsi="Arial" w:cs="Arial"/>
          <w:sz w:val="20"/>
          <w:szCs w:val="20"/>
        </w:rPr>
        <w:t>CDSA</w:t>
      </w:r>
    </w:p>
    <w:p w14:paraId="0873F747" w14:textId="7F39D5F7" w:rsidR="007C1EAD" w:rsidRPr="00697C37" w:rsidRDefault="007C1EAD" w:rsidP="00DA1275">
      <w:pPr>
        <w:pStyle w:val="ListParagraph"/>
        <w:numPr>
          <w:ilvl w:val="1"/>
          <w:numId w:val="45"/>
        </w:numPr>
        <w:spacing w:after="0" w:line="240" w:lineRule="auto"/>
        <w:rPr>
          <w:rFonts w:ascii="Arial" w:hAnsi="Arial" w:cs="Arial"/>
          <w:sz w:val="20"/>
          <w:szCs w:val="20"/>
        </w:rPr>
      </w:pPr>
      <w:r w:rsidRPr="00697C37">
        <w:rPr>
          <w:rFonts w:ascii="Arial" w:hAnsi="Arial" w:cs="Arial"/>
          <w:sz w:val="20"/>
          <w:szCs w:val="20"/>
        </w:rPr>
        <w:t>CDSA recipient’s name</w:t>
      </w:r>
      <w:r w:rsidR="003A0332" w:rsidRPr="00697C37">
        <w:rPr>
          <w:rFonts w:ascii="Arial" w:hAnsi="Arial" w:cs="Arial"/>
          <w:sz w:val="20"/>
          <w:szCs w:val="20"/>
        </w:rPr>
        <w:t xml:space="preserve"> that intercepted the completed application</w:t>
      </w:r>
      <w:r w:rsidR="00DB0A21" w:rsidRPr="00697C37">
        <w:rPr>
          <w:rFonts w:ascii="Arial" w:hAnsi="Arial" w:cs="Arial"/>
          <w:sz w:val="20"/>
          <w:szCs w:val="20"/>
        </w:rPr>
        <w:t xml:space="preserve"> (Optional for CDSA)</w:t>
      </w:r>
    </w:p>
    <w:p w14:paraId="6ADB7458" w14:textId="77777777" w:rsidR="0049501D" w:rsidRPr="00DA1275" w:rsidRDefault="007C1EAD" w:rsidP="00DA1275">
      <w:pPr>
        <w:pStyle w:val="ListParagraph"/>
        <w:numPr>
          <w:ilvl w:val="0"/>
          <w:numId w:val="45"/>
        </w:numPr>
        <w:tabs>
          <w:tab w:val="num" w:pos="360"/>
        </w:tabs>
        <w:spacing w:after="0" w:line="240" w:lineRule="auto"/>
        <w:rPr>
          <w:rFonts w:ascii="Arial" w:hAnsi="Arial" w:cs="Arial"/>
          <w:sz w:val="20"/>
          <w:szCs w:val="20"/>
        </w:rPr>
      </w:pPr>
      <w:r w:rsidRPr="00DA1275">
        <w:rPr>
          <w:rFonts w:ascii="Arial" w:hAnsi="Arial" w:cs="Arial"/>
          <w:sz w:val="20"/>
          <w:szCs w:val="20"/>
        </w:rPr>
        <w:t xml:space="preserve">Date certificate </w:t>
      </w:r>
      <w:r w:rsidR="005B1A2B" w:rsidRPr="00DA1275">
        <w:rPr>
          <w:rFonts w:ascii="Arial" w:hAnsi="Arial" w:cs="Arial"/>
          <w:sz w:val="20"/>
          <w:szCs w:val="20"/>
        </w:rPr>
        <w:t xml:space="preserve">is </w:t>
      </w:r>
      <w:r w:rsidRPr="00DA1275">
        <w:rPr>
          <w:rFonts w:ascii="Arial" w:hAnsi="Arial" w:cs="Arial"/>
          <w:sz w:val="20"/>
          <w:szCs w:val="20"/>
        </w:rPr>
        <w:t>awarded or denied</w:t>
      </w:r>
      <w:r w:rsidR="003A0332" w:rsidRPr="00DA1275">
        <w:rPr>
          <w:rFonts w:ascii="Arial" w:hAnsi="Arial" w:cs="Arial"/>
          <w:sz w:val="20"/>
          <w:szCs w:val="20"/>
        </w:rPr>
        <w:t xml:space="preserve"> after </w:t>
      </w:r>
      <w:r w:rsidR="005B1A2B" w:rsidRPr="00DA1275">
        <w:rPr>
          <w:rFonts w:ascii="Arial" w:hAnsi="Arial" w:cs="Arial"/>
          <w:sz w:val="20"/>
          <w:szCs w:val="20"/>
        </w:rPr>
        <w:t xml:space="preserve">the </w:t>
      </w:r>
      <w:r w:rsidR="003A0332" w:rsidRPr="00DA1275">
        <w:rPr>
          <w:rFonts w:ascii="Arial" w:hAnsi="Arial" w:cs="Arial"/>
          <w:sz w:val="20"/>
          <w:szCs w:val="20"/>
        </w:rPr>
        <w:t>review of application and transcripts</w:t>
      </w:r>
      <w:r w:rsidR="000E4537" w:rsidRPr="00DA1275">
        <w:rPr>
          <w:rFonts w:ascii="Arial" w:hAnsi="Arial" w:cs="Arial"/>
          <w:sz w:val="20"/>
          <w:szCs w:val="20"/>
        </w:rPr>
        <w:t xml:space="preserve">. </w:t>
      </w:r>
    </w:p>
    <w:p w14:paraId="3F7F89D8" w14:textId="40EF19CB" w:rsidR="0049501D" w:rsidRPr="00DA1275" w:rsidRDefault="000E4537" w:rsidP="00A12537">
      <w:pPr>
        <w:pStyle w:val="ListParagraph"/>
        <w:numPr>
          <w:ilvl w:val="1"/>
          <w:numId w:val="45"/>
        </w:numPr>
        <w:spacing w:after="0" w:line="240" w:lineRule="auto"/>
        <w:rPr>
          <w:rFonts w:ascii="Arial" w:hAnsi="Arial" w:cs="Arial"/>
          <w:sz w:val="20"/>
          <w:szCs w:val="20"/>
        </w:rPr>
      </w:pPr>
      <w:r w:rsidRPr="00DA1275">
        <w:rPr>
          <w:rFonts w:ascii="Arial" w:hAnsi="Arial" w:cs="Arial"/>
          <w:sz w:val="20"/>
          <w:szCs w:val="20"/>
        </w:rPr>
        <w:t>List reasons if denied</w:t>
      </w:r>
      <w:r w:rsidR="00E23AFE">
        <w:rPr>
          <w:rFonts w:ascii="Arial" w:hAnsi="Arial" w:cs="Arial"/>
          <w:sz w:val="20"/>
          <w:szCs w:val="20"/>
        </w:rPr>
        <w:t xml:space="preserve">. They </w:t>
      </w:r>
      <w:r w:rsidR="00A12537">
        <w:rPr>
          <w:rFonts w:ascii="Arial" w:hAnsi="Arial" w:cs="Arial"/>
          <w:sz w:val="20"/>
          <w:szCs w:val="20"/>
        </w:rPr>
        <w:t xml:space="preserve">should be the same </w:t>
      </w:r>
      <w:r w:rsidR="00E23AFE">
        <w:rPr>
          <w:rFonts w:ascii="Arial" w:hAnsi="Arial" w:cs="Arial"/>
          <w:sz w:val="20"/>
          <w:szCs w:val="20"/>
        </w:rPr>
        <w:t>across ITFC documents</w:t>
      </w:r>
      <w:r w:rsidR="00F27FC2">
        <w:rPr>
          <w:rFonts w:ascii="Arial" w:hAnsi="Arial" w:cs="Arial"/>
          <w:sz w:val="20"/>
          <w:szCs w:val="20"/>
        </w:rPr>
        <w:t xml:space="preserve"> (ITFC D</w:t>
      </w:r>
      <w:r w:rsidR="005116C9">
        <w:rPr>
          <w:rFonts w:ascii="Arial" w:hAnsi="Arial" w:cs="Arial"/>
          <w:sz w:val="20"/>
          <w:szCs w:val="20"/>
        </w:rPr>
        <w:t xml:space="preserve">enial letter and ITFC </w:t>
      </w:r>
      <w:r w:rsidR="0034719F">
        <w:rPr>
          <w:rFonts w:ascii="Arial" w:hAnsi="Arial" w:cs="Arial"/>
          <w:sz w:val="20"/>
          <w:szCs w:val="20"/>
        </w:rPr>
        <w:t xml:space="preserve">Tracking Sheet </w:t>
      </w:r>
      <w:r w:rsidR="005116C9">
        <w:rPr>
          <w:rFonts w:ascii="Arial" w:hAnsi="Arial" w:cs="Arial"/>
          <w:sz w:val="20"/>
          <w:szCs w:val="20"/>
        </w:rPr>
        <w:t>EXCEL document</w:t>
      </w:r>
      <w:r w:rsidRPr="00DA1275">
        <w:rPr>
          <w:rFonts w:ascii="Arial" w:hAnsi="Arial" w:cs="Arial"/>
          <w:sz w:val="20"/>
          <w:szCs w:val="20"/>
        </w:rPr>
        <w:t>)</w:t>
      </w:r>
    </w:p>
    <w:p w14:paraId="3E65B7D4" w14:textId="37AB3E3D" w:rsidR="00D065F2" w:rsidRPr="00DA1275" w:rsidRDefault="00DB0A21" w:rsidP="00DA1275">
      <w:pPr>
        <w:pStyle w:val="ListParagraph"/>
        <w:numPr>
          <w:ilvl w:val="0"/>
          <w:numId w:val="45"/>
        </w:numPr>
        <w:tabs>
          <w:tab w:val="num" w:pos="360"/>
        </w:tabs>
        <w:spacing w:after="0" w:line="240" w:lineRule="auto"/>
        <w:rPr>
          <w:rFonts w:ascii="Arial" w:hAnsi="Arial" w:cs="Arial"/>
          <w:sz w:val="20"/>
          <w:szCs w:val="20"/>
        </w:rPr>
      </w:pPr>
      <w:r w:rsidRPr="00DA1275">
        <w:rPr>
          <w:rFonts w:ascii="Arial" w:hAnsi="Arial" w:cs="Arial"/>
          <w:sz w:val="20"/>
          <w:szCs w:val="20"/>
        </w:rPr>
        <w:t>Name</w:t>
      </w:r>
      <w:r w:rsidR="007C1EAD" w:rsidRPr="00DA1275">
        <w:rPr>
          <w:rFonts w:ascii="Arial" w:hAnsi="Arial" w:cs="Arial"/>
          <w:sz w:val="20"/>
          <w:szCs w:val="20"/>
        </w:rPr>
        <w:t xml:space="preserve"> of </w:t>
      </w:r>
      <w:r w:rsidR="005B1A2B" w:rsidRPr="00DA1275">
        <w:rPr>
          <w:rFonts w:ascii="Arial" w:hAnsi="Arial" w:cs="Arial"/>
          <w:sz w:val="20"/>
          <w:szCs w:val="20"/>
        </w:rPr>
        <w:t xml:space="preserve">the </w:t>
      </w:r>
      <w:r w:rsidRPr="00DA1275">
        <w:rPr>
          <w:rFonts w:ascii="Arial" w:hAnsi="Arial" w:cs="Arial"/>
          <w:sz w:val="20"/>
          <w:szCs w:val="20"/>
        </w:rPr>
        <w:t xml:space="preserve">CDSA </w:t>
      </w:r>
      <w:r w:rsidR="007C1EAD" w:rsidRPr="00DA1275">
        <w:rPr>
          <w:rFonts w:ascii="Arial" w:hAnsi="Arial" w:cs="Arial"/>
          <w:sz w:val="20"/>
          <w:szCs w:val="20"/>
        </w:rPr>
        <w:t>Director or Designee</w:t>
      </w:r>
      <w:r w:rsidR="005B1A2B" w:rsidRPr="00DA1275">
        <w:rPr>
          <w:rFonts w:ascii="Arial" w:hAnsi="Arial" w:cs="Arial"/>
          <w:sz w:val="20"/>
          <w:szCs w:val="20"/>
        </w:rPr>
        <w:t xml:space="preserve"> awarding or denying the Application for ITFC</w:t>
      </w:r>
    </w:p>
    <w:p w14:paraId="0A90BD01" w14:textId="317CEAE2" w:rsidR="0097388D" w:rsidRPr="00697C37" w:rsidRDefault="005B1A2B" w:rsidP="00804D86">
      <w:pPr>
        <w:spacing w:after="0" w:line="240" w:lineRule="auto"/>
        <w:rPr>
          <w:rFonts w:ascii="Arial" w:hAnsi="Arial" w:cs="Arial"/>
          <w:sz w:val="20"/>
          <w:szCs w:val="20"/>
        </w:rPr>
      </w:pPr>
      <w:r w:rsidRPr="00697C37">
        <w:rPr>
          <w:rFonts w:ascii="Arial" w:hAnsi="Arial" w:cs="Arial"/>
          <w:b/>
          <w:bCs/>
          <w:sz w:val="20"/>
          <w:szCs w:val="20"/>
        </w:rPr>
        <w:t>Example</w:t>
      </w:r>
      <w:r w:rsidRPr="00697C37">
        <w:rPr>
          <w:rFonts w:ascii="Arial" w:hAnsi="Arial" w:cs="Arial"/>
          <w:sz w:val="20"/>
          <w:szCs w:val="20"/>
        </w:rPr>
        <w:t xml:space="preserve">: </w:t>
      </w:r>
      <w:r w:rsidR="00D065F2" w:rsidRPr="00697C37">
        <w:rPr>
          <w:rFonts w:ascii="Arial" w:hAnsi="Arial" w:cs="Arial"/>
          <w:sz w:val="20"/>
          <w:szCs w:val="20"/>
        </w:rPr>
        <w:t xml:space="preserve">Date ITFC awarded: </w:t>
      </w:r>
      <w:r w:rsidR="004F2783" w:rsidRPr="00697C37">
        <w:rPr>
          <w:rFonts w:ascii="Arial" w:hAnsi="Arial" w:cs="Arial"/>
          <w:sz w:val="20"/>
          <w:szCs w:val="20"/>
        </w:rPr>
        <w:t>(</w:t>
      </w:r>
      <w:r w:rsidR="00D065F2" w:rsidRPr="00697C37">
        <w:rPr>
          <w:rFonts w:ascii="Arial" w:hAnsi="Arial" w:cs="Arial"/>
          <w:sz w:val="20"/>
          <w:szCs w:val="20"/>
        </w:rPr>
        <w:t xml:space="preserve">1/7/2026) Awarded by Director or Designee: </w:t>
      </w:r>
      <w:r w:rsidR="000F3AD9" w:rsidRPr="00697C37">
        <w:rPr>
          <w:rFonts w:ascii="Arial" w:hAnsi="Arial" w:cs="Arial"/>
          <w:sz w:val="20"/>
          <w:szCs w:val="20"/>
        </w:rPr>
        <w:t>S</w:t>
      </w:r>
      <w:r w:rsidR="00D065F2" w:rsidRPr="00697C37">
        <w:rPr>
          <w:rFonts w:ascii="Arial" w:hAnsi="Arial" w:cs="Arial"/>
          <w:sz w:val="20"/>
          <w:szCs w:val="20"/>
        </w:rPr>
        <w:t>ean Frye</w:t>
      </w:r>
      <w:r w:rsidR="000F3AD9" w:rsidRPr="00697C37">
        <w:rPr>
          <w:rFonts w:ascii="Arial" w:hAnsi="Arial" w:cs="Arial"/>
          <w:sz w:val="20"/>
          <w:szCs w:val="20"/>
        </w:rPr>
        <w:t>r</w:t>
      </w:r>
      <w:r w:rsidR="00D065F2" w:rsidRPr="00697C37">
        <w:rPr>
          <w:rFonts w:ascii="Arial" w:hAnsi="Arial" w:cs="Arial"/>
          <w:sz w:val="20"/>
          <w:szCs w:val="20"/>
        </w:rPr>
        <w:t>-Sandhills CDSA Director</w:t>
      </w:r>
    </w:p>
    <w:p w14:paraId="11EA3E17" w14:textId="3CA79DBF" w:rsidR="00D07C19" w:rsidRPr="00804D86" w:rsidRDefault="00D07C19" w:rsidP="00804D86">
      <w:pPr>
        <w:tabs>
          <w:tab w:val="num" w:pos="360"/>
        </w:tabs>
        <w:spacing w:after="0" w:line="240" w:lineRule="auto"/>
        <w:rPr>
          <w:rFonts w:ascii="Arial" w:hAnsi="Arial" w:cs="Arial"/>
          <w:sz w:val="20"/>
          <w:szCs w:val="20"/>
        </w:rPr>
      </w:pPr>
      <w:r w:rsidRPr="00804D86">
        <w:rPr>
          <w:rFonts w:ascii="Arial" w:hAnsi="Arial" w:cs="Arial"/>
          <w:sz w:val="20"/>
          <w:szCs w:val="20"/>
        </w:rPr>
        <w:t>Once complete send a copy to the</w:t>
      </w:r>
      <w:r w:rsidR="00CF5459" w:rsidRPr="00804D86">
        <w:rPr>
          <w:rFonts w:ascii="Arial" w:hAnsi="Arial" w:cs="Arial"/>
          <w:sz w:val="20"/>
          <w:szCs w:val="20"/>
        </w:rPr>
        <w:t xml:space="preserve"> applicant and provider head with the Award/Denial Letter.</w:t>
      </w:r>
    </w:p>
    <w:p w14:paraId="0C5AE3E9" w14:textId="77D5E489" w:rsidR="00487DE4" w:rsidRPr="00F953D2" w:rsidRDefault="00C90BCA" w:rsidP="00F953D2">
      <w:pPr>
        <w:spacing w:after="160" w:line="278" w:lineRule="auto"/>
        <w:rPr>
          <w:rFonts w:ascii="Arial" w:hAnsi="Arial" w:cs="Arial"/>
          <w:sz w:val="20"/>
          <w:szCs w:val="20"/>
        </w:rPr>
      </w:pPr>
      <w:r>
        <w:rPr>
          <w:rFonts w:ascii="Arial" w:hAnsi="Arial" w:cs="Arial"/>
          <w:i/>
          <w:iCs/>
          <w:sz w:val="20"/>
          <w:szCs w:val="20"/>
        </w:rPr>
        <w:pict w14:anchorId="1D993EAF">
          <v:rect id="_x0000_i1031" style="width:0;height:1.5pt" o:hralign="center" o:hrstd="t" o:hr="t" fillcolor="#a0a0a0" stroked="f"/>
        </w:pict>
      </w:r>
    </w:p>
    <w:sectPr w:rsidR="00487DE4" w:rsidRPr="00F953D2" w:rsidSect="007C1EAD">
      <w:headerReference w:type="default"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CB2D0" w14:textId="77777777" w:rsidR="00C90BCA" w:rsidRDefault="00C90BCA" w:rsidP="005718AB">
      <w:pPr>
        <w:spacing w:after="0" w:line="240" w:lineRule="auto"/>
      </w:pPr>
      <w:r>
        <w:separator/>
      </w:r>
    </w:p>
  </w:endnote>
  <w:endnote w:type="continuationSeparator" w:id="0">
    <w:p w14:paraId="7F570F2C" w14:textId="77777777" w:rsidR="00C90BCA" w:rsidRDefault="00C90BCA" w:rsidP="0057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reaming Outloud Script Pro">
    <w:charset w:val="00"/>
    <w:family w:val="script"/>
    <w:pitch w:val="variable"/>
    <w:sig w:usb0="800000EF" w:usb1="0000000A" w:usb2="00000008"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52C6" w14:textId="6932C811" w:rsidR="00322EBA" w:rsidRPr="00BD7D19" w:rsidRDefault="00596507" w:rsidP="0067644B">
    <w:pPr>
      <w:pStyle w:val="Footer"/>
    </w:pPr>
    <w:r w:rsidRPr="0067644B">
      <w:rPr>
        <w:sz w:val="20"/>
        <w:szCs w:val="20"/>
      </w:rPr>
      <w:t xml:space="preserve">1/2014 Revised </w:t>
    </w:r>
    <w:r w:rsidR="00B939DB" w:rsidRPr="0067644B">
      <w:rPr>
        <w:sz w:val="20"/>
        <w:szCs w:val="20"/>
      </w:rPr>
      <w:t>9/2018, 1/2021, 5/2022, 12/2024</w:t>
    </w:r>
    <w:r w:rsidR="0067644B" w:rsidRPr="0067644B">
      <w:rPr>
        <w:sz w:val="20"/>
        <w:szCs w:val="20"/>
      </w:rPr>
      <w:t>, &amp; 6/2026</w:t>
    </w:r>
    <w:r w:rsidR="0067644B" w:rsidRPr="0067644B">
      <w:rPr>
        <w:sz w:val="20"/>
        <w:szCs w:val="20"/>
      </w:rPr>
      <w:tab/>
    </w:r>
    <w:r w:rsidR="0067644B" w:rsidRPr="0067644B">
      <w:rPr>
        <w:sz w:val="20"/>
        <w:szCs w:val="20"/>
      </w:rPr>
      <w:tab/>
    </w:r>
    <w:r w:rsidR="0058513D" w:rsidRPr="0067644B">
      <w:rPr>
        <w:sz w:val="20"/>
        <w:szCs w:val="20"/>
      </w:rPr>
      <w:t xml:space="preserve">pg. </w:t>
    </w:r>
    <w:r w:rsidR="0058513D" w:rsidRPr="0067644B">
      <w:rPr>
        <w:sz w:val="20"/>
        <w:szCs w:val="20"/>
      </w:rPr>
      <w:fldChar w:fldCharType="begin"/>
    </w:r>
    <w:r w:rsidR="0058513D" w:rsidRPr="0067644B">
      <w:rPr>
        <w:sz w:val="20"/>
        <w:szCs w:val="20"/>
      </w:rPr>
      <w:instrText xml:space="preserve"> PAGE  \* Arabic </w:instrText>
    </w:r>
    <w:r w:rsidR="0058513D" w:rsidRPr="0067644B">
      <w:rPr>
        <w:sz w:val="20"/>
        <w:szCs w:val="20"/>
      </w:rPr>
      <w:fldChar w:fldCharType="separate"/>
    </w:r>
    <w:r w:rsidR="0058513D" w:rsidRPr="0067644B">
      <w:rPr>
        <w:noProof/>
        <w:sz w:val="20"/>
        <w:szCs w:val="20"/>
      </w:rPr>
      <w:t>1</w:t>
    </w:r>
    <w:r w:rsidR="0058513D" w:rsidRPr="0067644B">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002C3" w14:textId="77777777" w:rsidR="00C90BCA" w:rsidRDefault="00C90BCA" w:rsidP="005718AB">
      <w:pPr>
        <w:spacing w:after="0" w:line="240" w:lineRule="auto"/>
      </w:pPr>
      <w:r>
        <w:separator/>
      </w:r>
    </w:p>
  </w:footnote>
  <w:footnote w:type="continuationSeparator" w:id="0">
    <w:p w14:paraId="5AA0D493" w14:textId="77777777" w:rsidR="00C90BCA" w:rsidRDefault="00C90BCA" w:rsidP="0057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1D7C" w14:textId="1A540A3B" w:rsidR="005718AB" w:rsidRPr="005718AB" w:rsidRDefault="005718AB">
    <w:pPr>
      <w:pStyle w:val="Header"/>
      <w:jc w:val="right"/>
      <w:rPr>
        <w:rFonts w:ascii="Georgia" w:hAnsi="Georgia"/>
        <w:caps/>
        <w:color w:val="1F497D" w:themeColor="text2"/>
        <w:sz w:val="20"/>
        <w:szCs w:val="20"/>
      </w:rPr>
    </w:pPr>
  </w:p>
  <w:p w14:paraId="2B0A3B9C" w14:textId="3999772A" w:rsidR="005718AB" w:rsidRPr="005718AB" w:rsidRDefault="005718AB" w:rsidP="005718AB">
    <w:pPr>
      <w:pStyle w:val="Header"/>
      <w:jc w:val="right"/>
      <w:rPr>
        <w:rFonts w:ascii="Georgia" w:hAnsi="Georgia"/>
        <w:sz w:val="20"/>
        <w:szCs w:val="20"/>
      </w:rPr>
    </w:pPr>
    <w:r>
      <w:rPr>
        <w:rFonts w:ascii="Georgia" w:hAnsi="Georgia"/>
        <w:b/>
        <w:bCs/>
        <w:color w:val="1F497D" w:themeColor="text2"/>
        <w:sz w:val="28"/>
        <w:szCs w:val="28"/>
      </w:rPr>
      <w:tab/>
    </w:r>
    <w:r>
      <w:rPr>
        <w:rFonts w:ascii="Georgia" w:hAnsi="Georgia"/>
        <w:b/>
        <w:bCs/>
        <w:color w:val="1F497D" w:themeColor="text2"/>
        <w:sz w:val="28"/>
        <w:szCs w:val="28"/>
      </w:rPr>
      <w:tab/>
    </w:r>
    <w:r w:rsidRPr="005718AB">
      <w:rPr>
        <w:rFonts w:ascii="Georgia" w:hAnsi="Georgia"/>
        <w:sz w:val="20"/>
        <w:szCs w:val="20"/>
      </w:rPr>
      <w:t>North Carolina Department of Health and Human Services</w:t>
    </w:r>
  </w:p>
  <w:p w14:paraId="7387603A" w14:textId="226F8BB9" w:rsidR="005718AB" w:rsidRPr="005718AB" w:rsidRDefault="005718AB" w:rsidP="005718AB">
    <w:pPr>
      <w:pStyle w:val="Header"/>
      <w:jc w:val="right"/>
      <w:rPr>
        <w:rFonts w:ascii="Georgia" w:hAnsi="Georgia"/>
        <w:sz w:val="20"/>
        <w:szCs w:val="20"/>
      </w:rPr>
    </w:pPr>
    <w:r w:rsidRPr="005718AB">
      <w:rPr>
        <w:rFonts w:ascii="Georgia" w:hAnsi="Georgia"/>
        <w:sz w:val="20"/>
        <w:szCs w:val="20"/>
      </w:rPr>
      <w:tab/>
    </w:r>
    <w:r w:rsidRPr="005718AB">
      <w:rPr>
        <w:rFonts w:ascii="Georgia" w:hAnsi="Georgia"/>
        <w:sz w:val="20"/>
        <w:szCs w:val="20"/>
      </w:rPr>
      <w:tab/>
      <w:t>Division of Child and Family Well-Being</w:t>
    </w:r>
  </w:p>
  <w:p w14:paraId="401252CE" w14:textId="4BB826C8" w:rsidR="005718AB" w:rsidRPr="005718AB" w:rsidRDefault="005718AB" w:rsidP="005718AB">
    <w:pPr>
      <w:pStyle w:val="Header"/>
      <w:rPr>
        <w:rFonts w:ascii="Georgia" w:hAnsi="Georgia"/>
        <w:caps/>
        <w:color w:val="1F497D" w:themeColor="text2"/>
        <w:sz w:val="20"/>
        <w:szCs w:val="20"/>
      </w:rPr>
    </w:pPr>
    <w:r w:rsidRPr="005718AB">
      <w:rPr>
        <w:rFonts w:ascii="Georgia" w:hAnsi="Georgia"/>
        <w:b/>
        <w:bCs/>
        <w:color w:val="1F497D" w:themeColor="text2"/>
        <w:sz w:val="28"/>
        <w:szCs w:val="28"/>
      </w:rPr>
      <w:t>North Carolina Infant-Toddler Program (NC ITP)</w:t>
    </w:r>
  </w:p>
  <w:p w14:paraId="45F04434" w14:textId="39E8A53D" w:rsidR="005718AB" w:rsidRPr="005718AB" w:rsidRDefault="005718AB" w:rsidP="005718AB">
    <w:pPr>
      <w:rPr>
        <w:rFonts w:ascii="Georgia" w:hAnsi="Georgia"/>
        <w:b/>
        <w:bCs/>
        <w:color w:val="1F497D" w:themeColor="text2"/>
        <w:sz w:val="28"/>
        <w:szCs w:val="28"/>
      </w:rPr>
    </w:pPr>
    <w:r w:rsidRPr="005718AB">
      <w:rPr>
        <w:rFonts w:ascii="Georgia" w:hAnsi="Georgia"/>
        <w:b/>
        <w:bCs/>
        <w:color w:val="1F497D" w:themeColor="text2"/>
        <w:sz w:val="28"/>
        <w:szCs w:val="28"/>
      </w:rPr>
      <w:t>Application for Infant, Toddler and Family Certificate (ITFC)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533EF"/>
    <w:multiLevelType w:val="hybridMultilevel"/>
    <w:tmpl w:val="313E7092"/>
    <w:lvl w:ilvl="0" w:tplc="FFFFFFFF">
      <w:start w:val="1"/>
      <w:numFmt w:val="decimal"/>
      <w:lvlText w:val="%1."/>
      <w:lvlJc w:val="left"/>
      <w:pPr>
        <w:ind w:left="360" w:hanging="360"/>
      </w:pPr>
      <w:rPr>
        <w:b/>
        <w:bCs/>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7DF141B"/>
    <w:multiLevelType w:val="hybridMultilevel"/>
    <w:tmpl w:val="091E2C58"/>
    <w:lvl w:ilvl="0" w:tplc="8AE4C67E">
      <w:start w:val="1"/>
      <w:numFmt w:val="bullet"/>
      <w:lvlText w:val=""/>
      <w:lvlJc w:val="left"/>
      <w:pPr>
        <w:ind w:left="1440" w:hanging="360"/>
      </w:pPr>
      <w:rPr>
        <w:rFonts w:ascii="Symbol" w:hAnsi="Symbol"/>
      </w:rPr>
    </w:lvl>
    <w:lvl w:ilvl="1" w:tplc="4A56418E">
      <w:start w:val="1"/>
      <w:numFmt w:val="bullet"/>
      <w:lvlText w:val=""/>
      <w:lvlJc w:val="left"/>
      <w:pPr>
        <w:ind w:left="1440" w:hanging="360"/>
      </w:pPr>
      <w:rPr>
        <w:rFonts w:ascii="Symbol" w:hAnsi="Symbol"/>
      </w:rPr>
    </w:lvl>
    <w:lvl w:ilvl="2" w:tplc="6846E2E8">
      <w:start w:val="1"/>
      <w:numFmt w:val="bullet"/>
      <w:lvlText w:val=""/>
      <w:lvlJc w:val="left"/>
      <w:pPr>
        <w:ind w:left="1440" w:hanging="360"/>
      </w:pPr>
      <w:rPr>
        <w:rFonts w:ascii="Symbol" w:hAnsi="Symbol"/>
      </w:rPr>
    </w:lvl>
    <w:lvl w:ilvl="3" w:tplc="6526F31C">
      <w:start w:val="1"/>
      <w:numFmt w:val="bullet"/>
      <w:lvlText w:val=""/>
      <w:lvlJc w:val="left"/>
      <w:pPr>
        <w:ind w:left="1440" w:hanging="360"/>
      </w:pPr>
      <w:rPr>
        <w:rFonts w:ascii="Symbol" w:hAnsi="Symbol"/>
      </w:rPr>
    </w:lvl>
    <w:lvl w:ilvl="4" w:tplc="2B7A685C">
      <w:start w:val="1"/>
      <w:numFmt w:val="bullet"/>
      <w:lvlText w:val=""/>
      <w:lvlJc w:val="left"/>
      <w:pPr>
        <w:ind w:left="1440" w:hanging="360"/>
      </w:pPr>
      <w:rPr>
        <w:rFonts w:ascii="Symbol" w:hAnsi="Symbol"/>
      </w:rPr>
    </w:lvl>
    <w:lvl w:ilvl="5" w:tplc="21FAE9AA">
      <w:start w:val="1"/>
      <w:numFmt w:val="bullet"/>
      <w:lvlText w:val=""/>
      <w:lvlJc w:val="left"/>
      <w:pPr>
        <w:ind w:left="1440" w:hanging="360"/>
      </w:pPr>
      <w:rPr>
        <w:rFonts w:ascii="Symbol" w:hAnsi="Symbol"/>
      </w:rPr>
    </w:lvl>
    <w:lvl w:ilvl="6" w:tplc="B33A2EF0">
      <w:start w:val="1"/>
      <w:numFmt w:val="bullet"/>
      <w:lvlText w:val=""/>
      <w:lvlJc w:val="left"/>
      <w:pPr>
        <w:ind w:left="1440" w:hanging="360"/>
      </w:pPr>
      <w:rPr>
        <w:rFonts w:ascii="Symbol" w:hAnsi="Symbol"/>
      </w:rPr>
    </w:lvl>
    <w:lvl w:ilvl="7" w:tplc="F5321200">
      <w:start w:val="1"/>
      <w:numFmt w:val="bullet"/>
      <w:lvlText w:val=""/>
      <w:lvlJc w:val="left"/>
      <w:pPr>
        <w:ind w:left="1440" w:hanging="360"/>
      </w:pPr>
      <w:rPr>
        <w:rFonts w:ascii="Symbol" w:hAnsi="Symbol"/>
      </w:rPr>
    </w:lvl>
    <w:lvl w:ilvl="8" w:tplc="F3883618">
      <w:start w:val="1"/>
      <w:numFmt w:val="bullet"/>
      <w:lvlText w:val=""/>
      <w:lvlJc w:val="left"/>
      <w:pPr>
        <w:ind w:left="1440" w:hanging="360"/>
      </w:pPr>
      <w:rPr>
        <w:rFonts w:ascii="Symbol" w:hAnsi="Symbol"/>
      </w:rPr>
    </w:lvl>
  </w:abstractNum>
  <w:abstractNum w:abstractNumId="11" w15:restartNumberingAfterBreak="0">
    <w:nsid w:val="0C0A091F"/>
    <w:multiLevelType w:val="multilevel"/>
    <w:tmpl w:val="5994F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2D6696"/>
    <w:multiLevelType w:val="multilevel"/>
    <w:tmpl w:val="BFC8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C10048"/>
    <w:multiLevelType w:val="multilevel"/>
    <w:tmpl w:val="11CE5FAA"/>
    <w:lvl w:ilvl="0">
      <w:start w:val="1"/>
      <w:numFmt w:val="decimal"/>
      <w:lvlText w:val="%1."/>
      <w:lvlJc w:val="left"/>
      <w:pPr>
        <w:tabs>
          <w:tab w:val="num" w:pos="720"/>
        </w:tabs>
        <w:ind w:left="720" w:hanging="360"/>
      </w:pPr>
      <w:rPr>
        <w:rFonts w:ascii="Arial" w:eastAsiaTheme="minorEastAsia" w:hAnsi="Arial" w:cs="Arial"/>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9E7D34"/>
    <w:multiLevelType w:val="multilevel"/>
    <w:tmpl w:val="1ED05F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C63B98"/>
    <w:multiLevelType w:val="multilevel"/>
    <w:tmpl w:val="DE9CB3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F11D45"/>
    <w:multiLevelType w:val="hybridMultilevel"/>
    <w:tmpl w:val="73DC4746"/>
    <w:lvl w:ilvl="0" w:tplc="9CB0911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84C4C6E"/>
    <w:multiLevelType w:val="hybridMultilevel"/>
    <w:tmpl w:val="DB4ED5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EFC6136"/>
    <w:multiLevelType w:val="hybridMultilevel"/>
    <w:tmpl w:val="3B907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F897DB9"/>
    <w:multiLevelType w:val="hybridMultilevel"/>
    <w:tmpl w:val="C966F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FB714C"/>
    <w:multiLevelType w:val="hybridMultilevel"/>
    <w:tmpl w:val="67C45198"/>
    <w:lvl w:ilvl="0" w:tplc="84181382">
      <w:start w:val="1"/>
      <w:numFmt w:val="bullet"/>
      <w:lvlText w:val=""/>
      <w:lvlJc w:val="left"/>
      <w:pPr>
        <w:ind w:left="720" w:hanging="360"/>
      </w:pPr>
      <w:rPr>
        <w:rFonts w:ascii="Symbol" w:hAnsi="Symbol"/>
      </w:rPr>
    </w:lvl>
    <w:lvl w:ilvl="1" w:tplc="B442FD06">
      <w:start w:val="1"/>
      <w:numFmt w:val="bullet"/>
      <w:lvlText w:val=""/>
      <w:lvlJc w:val="left"/>
      <w:pPr>
        <w:ind w:left="720" w:hanging="360"/>
      </w:pPr>
      <w:rPr>
        <w:rFonts w:ascii="Symbol" w:hAnsi="Symbol"/>
      </w:rPr>
    </w:lvl>
    <w:lvl w:ilvl="2" w:tplc="879AC6D6">
      <w:start w:val="1"/>
      <w:numFmt w:val="bullet"/>
      <w:lvlText w:val=""/>
      <w:lvlJc w:val="left"/>
      <w:pPr>
        <w:ind w:left="720" w:hanging="360"/>
      </w:pPr>
      <w:rPr>
        <w:rFonts w:ascii="Symbol" w:hAnsi="Symbol"/>
      </w:rPr>
    </w:lvl>
    <w:lvl w:ilvl="3" w:tplc="771CF1BC">
      <w:start w:val="1"/>
      <w:numFmt w:val="bullet"/>
      <w:lvlText w:val=""/>
      <w:lvlJc w:val="left"/>
      <w:pPr>
        <w:ind w:left="720" w:hanging="360"/>
      </w:pPr>
      <w:rPr>
        <w:rFonts w:ascii="Symbol" w:hAnsi="Symbol"/>
      </w:rPr>
    </w:lvl>
    <w:lvl w:ilvl="4" w:tplc="63145998">
      <w:start w:val="1"/>
      <w:numFmt w:val="bullet"/>
      <w:lvlText w:val=""/>
      <w:lvlJc w:val="left"/>
      <w:pPr>
        <w:ind w:left="720" w:hanging="360"/>
      </w:pPr>
      <w:rPr>
        <w:rFonts w:ascii="Symbol" w:hAnsi="Symbol"/>
      </w:rPr>
    </w:lvl>
    <w:lvl w:ilvl="5" w:tplc="AB22D354">
      <w:start w:val="1"/>
      <w:numFmt w:val="bullet"/>
      <w:lvlText w:val=""/>
      <w:lvlJc w:val="left"/>
      <w:pPr>
        <w:ind w:left="720" w:hanging="360"/>
      </w:pPr>
      <w:rPr>
        <w:rFonts w:ascii="Symbol" w:hAnsi="Symbol"/>
      </w:rPr>
    </w:lvl>
    <w:lvl w:ilvl="6" w:tplc="D9BEFDD4">
      <w:start w:val="1"/>
      <w:numFmt w:val="bullet"/>
      <w:lvlText w:val=""/>
      <w:lvlJc w:val="left"/>
      <w:pPr>
        <w:ind w:left="720" w:hanging="360"/>
      </w:pPr>
      <w:rPr>
        <w:rFonts w:ascii="Symbol" w:hAnsi="Symbol"/>
      </w:rPr>
    </w:lvl>
    <w:lvl w:ilvl="7" w:tplc="5A34D1CE">
      <w:start w:val="1"/>
      <w:numFmt w:val="bullet"/>
      <w:lvlText w:val=""/>
      <w:lvlJc w:val="left"/>
      <w:pPr>
        <w:ind w:left="720" w:hanging="360"/>
      </w:pPr>
      <w:rPr>
        <w:rFonts w:ascii="Symbol" w:hAnsi="Symbol"/>
      </w:rPr>
    </w:lvl>
    <w:lvl w:ilvl="8" w:tplc="4EB6FD30">
      <w:start w:val="1"/>
      <w:numFmt w:val="bullet"/>
      <w:lvlText w:val=""/>
      <w:lvlJc w:val="left"/>
      <w:pPr>
        <w:ind w:left="720" w:hanging="360"/>
      </w:pPr>
      <w:rPr>
        <w:rFonts w:ascii="Symbol" w:hAnsi="Symbol"/>
      </w:rPr>
    </w:lvl>
  </w:abstractNum>
  <w:abstractNum w:abstractNumId="21" w15:restartNumberingAfterBreak="0">
    <w:nsid w:val="2F3244F1"/>
    <w:multiLevelType w:val="hybridMultilevel"/>
    <w:tmpl w:val="4AFAB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4D63880"/>
    <w:multiLevelType w:val="hybridMultilevel"/>
    <w:tmpl w:val="3B5474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66043E9"/>
    <w:multiLevelType w:val="hybridMultilevel"/>
    <w:tmpl w:val="FDBA749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CE13859"/>
    <w:multiLevelType w:val="hybridMultilevel"/>
    <w:tmpl w:val="12302586"/>
    <w:lvl w:ilvl="0" w:tplc="FFFFFFFF">
      <w:start w:val="1"/>
      <w:numFmt w:val="decimal"/>
      <w:lvlText w:val="%1."/>
      <w:lvlJc w:val="left"/>
      <w:pPr>
        <w:ind w:left="360" w:hanging="360"/>
      </w:pPr>
      <w:rPr>
        <w:b/>
        <w:bCs/>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1BC0F31"/>
    <w:multiLevelType w:val="hybridMultilevel"/>
    <w:tmpl w:val="0F9AFB42"/>
    <w:lvl w:ilvl="0" w:tplc="DA16181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C008D1"/>
    <w:multiLevelType w:val="hybridMultilevel"/>
    <w:tmpl w:val="17FC73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8DA0C58"/>
    <w:multiLevelType w:val="hybridMultilevel"/>
    <w:tmpl w:val="6734CC18"/>
    <w:lvl w:ilvl="0" w:tplc="69044588">
      <w:start w:val="1"/>
      <w:numFmt w:val="bullet"/>
      <w:lvlText w:val=""/>
      <w:lvlJc w:val="left"/>
      <w:pPr>
        <w:ind w:left="720" w:hanging="360"/>
      </w:pPr>
      <w:rPr>
        <w:rFonts w:ascii="Symbol" w:hAnsi="Symbol"/>
      </w:rPr>
    </w:lvl>
    <w:lvl w:ilvl="1" w:tplc="01CC31B2">
      <w:start w:val="1"/>
      <w:numFmt w:val="bullet"/>
      <w:lvlText w:val=""/>
      <w:lvlJc w:val="left"/>
      <w:pPr>
        <w:ind w:left="720" w:hanging="360"/>
      </w:pPr>
      <w:rPr>
        <w:rFonts w:ascii="Symbol" w:hAnsi="Symbol"/>
      </w:rPr>
    </w:lvl>
    <w:lvl w:ilvl="2" w:tplc="00D0A6A2">
      <w:start w:val="1"/>
      <w:numFmt w:val="bullet"/>
      <w:lvlText w:val=""/>
      <w:lvlJc w:val="left"/>
      <w:pPr>
        <w:ind w:left="720" w:hanging="360"/>
      </w:pPr>
      <w:rPr>
        <w:rFonts w:ascii="Symbol" w:hAnsi="Symbol"/>
      </w:rPr>
    </w:lvl>
    <w:lvl w:ilvl="3" w:tplc="3E7816D4">
      <w:start w:val="1"/>
      <w:numFmt w:val="bullet"/>
      <w:lvlText w:val=""/>
      <w:lvlJc w:val="left"/>
      <w:pPr>
        <w:ind w:left="720" w:hanging="360"/>
      </w:pPr>
      <w:rPr>
        <w:rFonts w:ascii="Symbol" w:hAnsi="Symbol"/>
      </w:rPr>
    </w:lvl>
    <w:lvl w:ilvl="4" w:tplc="2AF415EC">
      <w:start w:val="1"/>
      <w:numFmt w:val="bullet"/>
      <w:lvlText w:val=""/>
      <w:lvlJc w:val="left"/>
      <w:pPr>
        <w:ind w:left="720" w:hanging="360"/>
      </w:pPr>
      <w:rPr>
        <w:rFonts w:ascii="Symbol" w:hAnsi="Symbol"/>
      </w:rPr>
    </w:lvl>
    <w:lvl w:ilvl="5" w:tplc="56C2D108">
      <w:start w:val="1"/>
      <w:numFmt w:val="bullet"/>
      <w:lvlText w:val=""/>
      <w:lvlJc w:val="left"/>
      <w:pPr>
        <w:ind w:left="720" w:hanging="360"/>
      </w:pPr>
      <w:rPr>
        <w:rFonts w:ascii="Symbol" w:hAnsi="Symbol"/>
      </w:rPr>
    </w:lvl>
    <w:lvl w:ilvl="6" w:tplc="D5D4D8EE">
      <w:start w:val="1"/>
      <w:numFmt w:val="bullet"/>
      <w:lvlText w:val=""/>
      <w:lvlJc w:val="left"/>
      <w:pPr>
        <w:ind w:left="720" w:hanging="360"/>
      </w:pPr>
      <w:rPr>
        <w:rFonts w:ascii="Symbol" w:hAnsi="Symbol"/>
      </w:rPr>
    </w:lvl>
    <w:lvl w:ilvl="7" w:tplc="CF240D06">
      <w:start w:val="1"/>
      <w:numFmt w:val="bullet"/>
      <w:lvlText w:val=""/>
      <w:lvlJc w:val="left"/>
      <w:pPr>
        <w:ind w:left="720" w:hanging="360"/>
      </w:pPr>
      <w:rPr>
        <w:rFonts w:ascii="Symbol" w:hAnsi="Symbol"/>
      </w:rPr>
    </w:lvl>
    <w:lvl w:ilvl="8" w:tplc="FEE42EC0">
      <w:start w:val="1"/>
      <w:numFmt w:val="bullet"/>
      <w:lvlText w:val=""/>
      <w:lvlJc w:val="left"/>
      <w:pPr>
        <w:ind w:left="720" w:hanging="360"/>
      </w:pPr>
      <w:rPr>
        <w:rFonts w:ascii="Symbol" w:hAnsi="Symbol"/>
      </w:rPr>
    </w:lvl>
  </w:abstractNum>
  <w:abstractNum w:abstractNumId="28" w15:restartNumberingAfterBreak="0">
    <w:nsid w:val="4A9A4AF1"/>
    <w:multiLevelType w:val="multilevel"/>
    <w:tmpl w:val="BFC8E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54208F"/>
    <w:multiLevelType w:val="hybridMultilevel"/>
    <w:tmpl w:val="A9B64760"/>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EB52901"/>
    <w:multiLevelType w:val="multilevel"/>
    <w:tmpl w:val="D160F692"/>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447162"/>
    <w:multiLevelType w:val="hybridMultilevel"/>
    <w:tmpl w:val="7A2A2B10"/>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51B30F0F"/>
    <w:multiLevelType w:val="multilevel"/>
    <w:tmpl w:val="C832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5657D8"/>
    <w:multiLevelType w:val="hybridMultilevel"/>
    <w:tmpl w:val="940C1D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DE4F08"/>
    <w:multiLevelType w:val="hybridMultilevel"/>
    <w:tmpl w:val="7E26DA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C30702F"/>
    <w:multiLevelType w:val="hybridMultilevel"/>
    <w:tmpl w:val="0436C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4D4FEA"/>
    <w:multiLevelType w:val="hybridMultilevel"/>
    <w:tmpl w:val="22B84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031292"/>
    <w:multiLevelType w:val="multilevel"/>
    <w:tmpl w:val="00AC2D4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EA3593"/>
    <w:multiLevelType w:val="hybridMultilevel"/>
    <w:tmpl w:val="15305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8971C3"/>
    <w:multiLevelType w:val="hybridMultilevel"/>
    <w:tmpl w:val="458221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C4E2A94"/>
    <w:multiLevelType w:val="hybridMultilevel"/>
    <w:tmpl w:val="50EAA6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04555CD"/>
    <w:multiLevelType w:val="hybridMultilevel"/>
    <w:tmpl w:val="A9B64760"/>
    <w:lvl w:ilvl="0" w:tplc="4AAC388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9BE363F"/>
    <w:multiLevelType w:val="hybridMultilevel"/>
    <w:tmpl w:val="BD54D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B5F367F"/>
    <w:multiLevelType w:val="hybridMultilevel"/>
    <w:tmpl w:val="DD3E3D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BEA24B6"/>
    <w:multiLevelType w:val="multilevel"/>
    <w:tmpl w:val="C8807838"/>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4975230">
    <w:abstractNumId w:val="8"/>
  </w:num>
  <w:num w:numId="2" w16cid:durableId="741561701">
    <w:abstractNumId w:val="6"/>
  </w:num>
  <w:num w:numId="3" w16cid:durableId="643849726">
    <w:abstractNumId w:val="5"/>
  </w:num>
  <w:num w:numId="4" w16cid:durableId="1091705421">
    <w:abstractNumId w:val="4"/>
  </w:num>
  <w:num w:numId="5" w16cid:durableId="369913565">
    <w:abstractNumId w:val="7"/>
  </w:num>
  <w:num w:numId="6" w16cid:durableId="484125894">
    <w:abstractNumId w:val="3"/>
  </w:num>
  <w:num w:numId="7" w16cid:durableId="1687634669">
    <w:abstractNumId w:val="2"/>
  </w:num>
  <w:num w:numId="8" w16cid:durableId="57019345">
    <w:abstractNumId w:val="1"/>
  </w:num>
  <w:num w:numId="9" w16cid:durableId="1746876285">
    <w:abstractNumId w:val="0"/>
  </w:num>
  <w:num w:numId="10" w16cid:durableId="2122063974">
    <w:abstractNumId w:val="37"/>
  </w:num>
  <w:num w:numId="11" w16cid:durableId="892077284">
    <w:abstractNumId w:val="15"/>
  </w:num>
  <w:num w:numId="12" w16cid:durableId="619722008">
    <w:abstractNumId w:val="30"/>
  </w:num>
  <w:num w:numId="13" w16cid:durableId="1099910849">
    <w:abstractNumId w:val="11"/>
  </w:num>
  <w:num w:numId="14" w16cid:durableId="431172657">
    <w:abstractNumId w:val="44"/>
  </w:num>
  <w:num w:numId="15" w16cid:durableId="258876061">
    <w:abstractNumId w:val="12"/>
  </w:num>
  <w:num w:numId="16" w16cid:durableId="773596254">
    <w:abstractNumId w:val="13"/>
  </w:num>
  <w:num w:numId="17" w16cid:durableId="24211584">
    <w:abstractNumId w:val="32"/>
  </w:num>
  <w:num w:numId="18" w16cid:durableId="1813280936">
    <w:abstractNumId w:val="14"/>
  </w:num>
  <w:num w:numId="19" w16cid:durableId="1619726057">
    <w:abstractNumId w:val="23"/>
  </w:num>
  <w:num w:numId="20" w16cid:durableId="467361462">
    <w:abstractNumId w:val="31"/>
  </w:num>
  <w:num w:numId="21" w16cid:durableId="962034017">
    <w:abstractNumId w:val="38"/>
  </w:num>
  <w:num w:numId="22" w16cid:durableId="2137290539">
    <w:abstractNumId w:val="41"/>
  </w:num>
  <w:num w:numId="23" w16cid:durableId="1071346023">
    <w:abstractNumId w:val="29"/>
  </w:num>
  <w:num w:numId="24" w16cid:durableId="1090615955">
    <w:abstractNumId w:val="21"/>
  </w:num>
  <w:num w:numId="25" w16cid:durableId="1778601394">
    <w:abstractNumId w:val="40"/>
  </w:num>
  <w:num w:numId="26" w16cid:durableId="897478016">
    <w:abstractNumId w:val="18"/>
  </w:num>
  <w:num w:numId="27" w16cid:durableId="448597018">
    <w:abstractNumId w:val="39"/>
  </w:num>
  <w:num w:numId="28" w16cid:durableId="701438082">
    <w:abstractNumId w:val="33"/>
  </w:num>
  <w:num w:numId="29" w16cid:durableId="983780018">
    <w:abstractNumId w:val="35"/>
  </w:num>
  <w:num w:numId="30" w16cid:durableId="558904627">
    <w:abstractNumId w:val="9"/>
  </w:num>
  <w:num w:numId="31" w16cid:durableId="2103794166">
    <w:abstractNumId w:val="24"/>
  </w:num>
  <w:num w:numId="32" w16cid:durableId="1861434791">
    <w:abstractNumId w:val="43"/>
  </w:num>
  <w:num w:numId="33" w16cid:durableId="601189899">
    <w:abstractNumId w:val="36"/>
  </w:num>
  <w:num w:numId="34" w16cid:durableId="1533376253">
    <w:abstractNumId w:val="19"/>
  </w:num>
  <w:num w:numId="35" w16cid:durableId="338697818">
    <w:abstractNumId w:val="16"/>
  </w:num>
  <w:num w:numId="36" w16cid:durableId="922299464">
    <w:abstractNumId w:val="22"/>
  </w:num>
  <w:num w:numId="37" w16cid:durableId="1649436504">
    <w:abstractNumId w:val="42"/>
  </w:num>
  <w:num w:numId="38" w16cid:durableId="1424183379">
    <w:abstractNumId w:val="34"/>
  </w:num>
  <w:num w:numId="39" w16cid:durableId="945432091">
    <w:abstractNumId w:val="17"/>
  </w:num>
  <w:num w:numId="40" w16cid:durableId="1741052955">
    <w:abstractNumId w:val="26"/>
  </w:num>
  <w:num w:numId="41" w16cid:durableId="1662805137">
    <w:abstractNumId w:val="10"/>
  </w:num>
  <w:num w:numId="42" w16cid:durableId="1908103051">
    <w:abstractNumId w:val="20"/>
  </w:num>
  <w:num w:numId="43" w16cid:durableId="1833906631">
    <w:abstractNumId w:val="27"/>
  </w:num>
  <w:num w:numId="44" w16cid:durableId="402486514">
    <w:abstractNumId w:val="25"/>
  </w:num>
  <w:num w:numId="45" w16cid:durableId="770223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hcjXpRN2PHxjJxsyjG181AXqgtXGFlL7XxNw6i2HFUHSJF2oPBBAQQSHBhM0hRH4s21Eqz/VQmADNZ8CAJ4ARw==" w:salt="TN4M4c+L71Sy07vShWINE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244"/>
    <w:rsid w:val="00030E35"/>
    <w:rsid w:val="00032406"/>
    <w:rsid w:val="000342EE"/>
    <w:rsid w:val="00034616"/>
    <w:rsid w:val="00046129"/>
    <w:rsid w:val="00052C29"/>
    <w:rsid w:val="0006063C"/>
    <w:rsid w:val="00060A68"/>
    <w:rsid w:val="0006324D"/>
    <w:rsid w:val="00075B8E"/>
    <w:rsid w:val="00081DC3"/>
    <w:rsid w:val="000821B4"/>
    <w:rsid w:val="000841F6"/>
    <w:rsid w:val="00084DDC"/>
    <w:rsid w:val="00090F4B"/>
    <w:rsid w:val="00091303"/>
    <w:rsid w:val="00097C40"/>
    <w:rsid w:val="000A7299"/>
    <w:rsid w:val="000B02C2"/>
    <w:rsid w:val="000B550C"/>
    <w:rsid w:val="000B7F46"/>
    <w:rsid w:val="000D1187"/>
    <w:rsid w:val="000D54B3"/>
    <w:rsid w:val="000E0F09"/>
    <w:rsid w:val="000E4537"/>
    <w:rsid w:val="000F3AD9"/>
    <w:rsid w:val="000F6EFD"/>
    <w:rsid w:val="001057EF"/>
    <w:rsid w:val="00127393"/>
    <w:rsid w:val="00135F25"/>
    <w:rsid w:val="00136F7A"/>
    <w:rsid w:val="00147D71"/>
    <w:rsid w:val="0015074B"/>
    <w:rsid w:val="001523B1"/>
    <w:rsid w:val="00185EFB"/>
    <w:rsid w:val="001A3D8E"/>
    <w:rsid w:val="001B1D64"/>
    <w:rsid w:val="001C14F4"/>
    <w:rsid w:val="001C1F67"/>
    <w:rsid w:val="0020271D"/>
    <w:rsid w:val="00211780"/>
    <w:rsid w:val="00223BF3"/>
    <w:rsid w:val="00232D25"/>
    <w:rsid w:val="00232F64"/>
    <w:rsid w:val="002363E0"/>
    <w:rsid w:val="00243856"/>
    <w:rsid w:val="0024451A"/>
    <w:rsid w:val="00244874"/>
    <w:rsid w:val="00276665"/>
    <w:rsid w:val="0028579F"/>
    <w:rsid w:val="0029639D"/>
    <w:rsid w:val="002A2802"/>
    <w:rsid w:val="002C19E0"/>
    <w:rsid w:val="002C1E8F"/>
    <w:rsid w:val="002D67F1"/>
    <w:rsid w:val="002E6F28"/>
    <w:rsid w:val="002F58CC"/>
    <w:rsid w:val="002F7516"/>
    <w:rsid w:val="002F797E"/>
    <w:rsid w:val="003060D8"/>
    <w:rsid w:val="00315CD6"/>
    <w:rsid w:val="0032185A"/>
    <w:rsid w:val="00322EBA"/>
    <w:rsid w:val="00326F90"/>
    <w:rsid w:val="00327F78"/>
    <w:rsid w:val="0033155C"/>
    <w:rsid w:val="0034719F"/>
    <w:rsid w:val="00347EAC"/>
    <w:rsid w:val="003555FB"/>
    <w:rsid w:val="00356F7C"/>
    <w:rsid w:val="0036032C"/>
    <w:rsid w:val="00366176"/>
    <w:rsid w:val="003769B4"/>
    <w:rsid w:val="00381516"/>
    <w:rsid w:val="00386FA7"/>
    <w:rsid w:val="00387E2B"/>
    <w:rsid w:val="00390053"/>
    <w:rsid w:val="003954AD"/>
    <w:rsid w:val="003A0332"/>
    <w:rsid w:val="003B5AAE"/>
    <w:rsid w:val="003B77BF"/>
    <w:rsid w:val="003B78AF"/>
    <w:rsid w:val="003C2E2A"/>
    <w:rsid w:val="003C2EA8"/>
    <w:rsid w:val="003D7CE4"/>
    <w:rsid w:val="003E16F6"/>
    <w:rsid w:val="00402D9C"/>
    <w:rsid w:val="00402E6A"/>
    <w:rsid w:val="004159E5"/>
    <w:rsid w:val="004321BF"/>
    <w:rsid w:val="0044158B"/>
    <w:rsid w:val="0044197E"/>
    <w:rsid w:val="00441DF5"/>
    <w:rsid w:val="00444C6C"/>
    <w:rsid w:val="00446355"/>
    <w:rsid w:val="00455FE7"/>
    <w:rsid w:val="004664D5"/>
    <w:rsid w:val="00466B37"/>
    <w:rsid w:val="00470D5C"/>
    <w:rsid w:val="00476455"/>
    <w:rsid w:val="00486410"/>
    <w:rsid w:val="004875F8"/>
    <w:rsid w:val="00487DE4"/>
    <w:rsid w:val="00490633"/>
    <w:rsid w:val="0049501D"/>
    <w:rsid w:val="004B239E"/>
    <w:rsid w:val="004B5DDF"/>
    <w:rsid w:val="004B6A09"/>
    <w:rsid w:val="004C525A"/>
    <w:rsid w:val="004D1676"/>
    <w:rsid w:val="004E70BE"/>
    <w:rsid w:val="004F2783"/>
    <w:rsid w:val="005116C9"/>
    <w:rsid w:val="00514D7B"/>
    <w:rsid w:val="0052574C"/>
    <w:rsid w:val="00543EB1"/>
    <w:rsid w:val="005518EA"/>
    <w:rsid w:val="005524D0"/>
    <w:rsid w:val="005623BA"/>
    <w:rsid w:val="005718AB"/>
    <w:rsid w:val="0058513D"/>
    <w:rsid w:val="00590F6F"/>
    <w:rsid w:val="00591B25"/>
    <w:rsid w:val="00596507"/>
    <w:rsid w:val="005B1A2B"/>
    <w:rsid w:val="005C17C3"/>
    <w:rsid w:val="005C4824"/>
    <w:rsid w:val="005C4E3D"/>
    <w:rsid w:val="005F1F63"/>
    <w:rsid w:val="005F2607"/>
    <w:rsid w:val="005F3BA5"/>
    <w:rsid w:val="00603ACD"/>
    <w:rsid w:val="00606EDF"/>
    <w:rsid w:val="00625E48"/>
    <w:rsid w:val="006415D8"/>
    <w:rsid w:val="00647E34"/>
    <w:rsid w:val="00655DBC"/>
    <w:rsid w:val="00667CED"/>
    <w:rsid w:val="0067644B"/>
    <w:rsid w:val="00692E31"/>
    <w:rsid w:val="00697C37"/>
    <w:rsid w:val="006A1DDF"/>
    <w:rsid w:val="006B32CC"/>
    <w:rsid w:val="006C4BF5"/>
    <w:rsid w:val="006D2311"/>
    <w:rsid w:val="006D254C"/>
    <w:rsid w:val="006D67E3"/>
    <w:rsid w:val="006F5CFF"/>
    <w:rsid w:val="007073F2"/>
    <w:rsid w:val="007143F6"/>
    <w:rsid w:val="007179C5"/>
    <w:rsid w:val="00717C98"/>
    <w:rsid w:val="00727824"/>
    <w:rsid w:val="00736AC3"/>
    <w:rsid w:val="00742DF4"/>
    <w:rsid w:val="00743146"/>
    <w:rsid w:val="00750DC8"/>
    <w:rsid w:val="00755A46"/>
    <w:rsid w:val="00760846"/>
    <w:rsid w:val="007643D9"/>
    <w:rsid w:val="0077077C"/>
    <w:rsid w:val="00780A3A"/>
    <w:rsid w:val="00784AED"/>
    <w:rsid w:val="00785952"/>
    <w:rsid w:val="007911A6"/>
    <w:rsid w:val="007B7C90"/>
    <w:rsid w:val="007C1EAD"/>
    <w:rsid w:val="007C35C8"/>
    <w:rsid w:val="007C653C"/>
    <w:rsid w:val="007C727A"/>
    <w:rsid w:val="007D690C"/>
    <w:rsid w:val="007E34D6"/>
    <w:rsid w:val="007E60D3"/>
    <w:rsid w:val="007F573D"/>
    <w:rsid w:val="007F5798"/>
    <w:rsid w:val="007F7987"/>
    <w:rsid w:val="00803A4C"/>
    <w:rsid w:val="00804D86"/>
    <w:rsid w:val="008154CE"/>
    <w:rsid w:val="00821617"/>
    <w:rsid w:val="00824D1B"/>
    <w:rsid w:val="008318BB"/>
    <w:rsid w:val="00846CEB"/>
    <w:rsid w:val="00852BF6"/>
    <w:rsid w:val="00866C9C"/>
    <w:rsid w:val="0087069A"/>
    <w:rsid w:val="0087082D"/>
    <w:rsid w:val="00876DF6"/>
    <w:rsid w:val="00877811"/>
    <w:rsid w:val="008825E9"/>
    <w:rsid w:val="00894CC2"/>
    <w:rsid w:val="008974F2"/>
    <w:rsid w:val="008A0743"/>
    <w:rsid w:val="008A3DDB"/>
    <w:rsid w:val="008C57D2"/>
    <w:rsid w:val="008D5B50"/>
    <w:rsid w:val="008D776B"/>
    <w:rsid w:val="008E03E6"/>
    <w:rsid w:val="008E5A56"/>
    <w:rsid w:val="008E5ABE"/>
    <w:rsid w:val="008F1066"/>
    <w:rsid w:val="009174ED"/>
    <w:rsid w:val="009202BE"/>
    <w:rsid w:val="00921112"/>
    <w:rsid w:val="009237AE"/>
    <w:rsid w:val="009608FC"/>
    <w:rsid w:val="00961DAF"/>
    <w:rsid w:val="00963EC5"/>
    <w:rsid w:val="00965D86"/>
    <w:rsid w:val="0097388D"/>
    <w:rsid w:val="009755E1"/>
    <w:rsid w:val="0097766C"/>
    <w:rsid w:val="00983E38"/>
    <w:rsid w:val="00984190"/>
    <w:rsid w:val="00991CD8"/>
    <w:rsid w:val="00994D71"/>
    <w:rsid w:val="00994E47"/>
    <w:rsid w:val="0099555F"/>
    <w:rsid w:val="009A0BAD"/>
    <w:rsid w:val="009A23F2"/>
    <w:rsid w:val="009E2A75"/>
    <w:rsid w:val="009F0BDB"/>
    <w:rsid w:val="00A12537"/>
    <w:rsid w:val="00A14E11"/>
    <w:rsid w:val="00A20621"/>
    <w:rsid w:val="00A32355"/>
    <w:rsid w:val="00A63386"/>
    <w:rsid w:val="00A64273"/>
    <w:rsid w:val="00A67620"/>
    <w:rsid w:val="00A75DC4"/>
    <w:rsid w:val="00A83DE0"/>
    <w:rsid w:val="00A9429F"/>
    <w:rsid w:val="00A9711A"/>
    <w:rsid w:val="00AA1D8D"/>
    <w:rsid w:val="00AC7D5B"/>
    <w:rsid w:val="00AD2772"/>
    <w:rsid w:val="00AE21D8"/>
    <w:rsid w:val="00AE5083"/>
    <w:rsid w:val="00AE656B"/>
    <w:rsid w:val="00B15E57"/>
    <w:rsid w:val="00B37E0E"/>
    <w:rsid w:val="00B44723"/>
    <w:rsid w:val="00B47730"/>
    <w:rsid w:val="00B530A2"/>
    <w:rsid w:val="00B60FF6"/>
    <w:rsid w:val="00B73124"/>
    <w:rsid w:val="00B82072"/>
    <w:rsid w:val="00B85938"/>
    <w:rsid w:val="00B939DB"/>
    <w:rsid w:val="00B94007"/>
    <w:rsid w:val="00B9786B"/>
    <w:rsid w:val="00BA05DB"/>
    <w:rsid w:val="00BA376B"/>
    <w:rsid w:val="00BA4E6D"/>
    <w:rsid w:val="00BB52C5"/>
    <w:rsid w:val="00BC1CA3"/>
    <w:rsid w:val="00BC526D"/>
    <w:rsid w:val="00BC6F86"/>
    <w:rsid w:val="00BD3668"/>
    <w:rsid w:val="00BD4F43"/>
    <w:rsid w:val="00BD7D19"/>
    <w:rsid w:val="00BE1582"/>
    <w:rsid w:val="00BE2C93"/>
    <w:rsid w:val="00BF28C4"/>
    <w:rsid w:val="00BF6189"/>
    <w:rsid w:val="00BF6BFE"/>
    <w:rsid w:val="00C11240"/>
    <w:rsid w:val="00C17968"/>
    <w:rsid w:val="00C438CC"/>
    <w:rsid w:val="00C46425"/>
    <w:rsid w:val="00C53E3F"/>
    <w:rsid w:val="00C66B7F"/>
    <w:rsid w:val="00C86D68"/>
    <w:rsid w:val="00C90A14"/>
    <w:rsid w:val="00C90BCA"/>
    <w:rsid w:val="00C90FF7"/>
    <w:rsid w:val="00C925F9"/>
    <w:rsid w:val="00CB0664"/>
    <w:rsid w:val="00CB15F3"/>
    <w:rsid w:val="00CB178F"/>
    <w:rsid w:val="00CD0E7B"/>
    <w:rsid w:val="00CD317F"/>
    <w:rsid w:val="00CD4564"/>
    <w:rsid w:val="00CE6CA7"/>
    <w:rsid w:val="00CF398E"/>
    <w:rsid w:val="00CF3B52"/>
    <w:rsid w:val="00CF5459"/>
    <w:rsid w:val="00CF7CBC"/>
    <w:rsid w:val="00D065F2"/>
    <w:rsid w:val="00D07C19"/>
    <w:rsid w:val="00D11C22"/>
    <w:rsid w:val="00D437D4"/>
    <w:rsid w:val="00D44FC7"/>
    <w:rsid w:val="00D56D78"/>
    <w:rsid w:val="00D61DAE"/>
    <w:rsid w:val="00D656FA"/>
    <w:rsid w:val="00D65DAC"/>
    <w:rsid w:val="00D7058E"/>
    <w:rsid w:val="00D76F73"/>
    <w:rsid w:val="00D81AEA"/>
    <w:rsid w:val="00D822F8"/>
    <w:rsid w:val="00DA0EBF"/>
    <w:rsid w:val="00DA1275"/>
    <w:rsid w:val="00DB0A21"/>
    <w:rsid w:val="00DB18F0"/>
    <w:rsid w:val="00DB5E1E"/>
    <w:rsid w:val="00DC1239"/>
    <w:rsid w:val="00DC7F6B"/>
    <w:rsid w:val="00DD2B6E"/>
    <w:rsid w:val="00DD76EA"/>
    <w:rsid w:val="00E20FE5"/>
    <w:rsid w:val="00E23AFE"/>
    <w:rsid w:val="00E3373A"/>
    <w:rsid w:val="00E33AFD"/>
    <w:rsid w:val="00E36D25"/>
    <w:rsid w:val="00E44643"/>
    <w:rsid w:val="00E64511"/>
    <w:rsid w:val="00E6514B"/>
    <w:rsid w:val="00E66582"/>
    <w:rsid w:val="00E73412"/>
    <w:rsid w:val="00E761F9"/>
    <w:rsid w:val="00E9128D"/>
    <w:rsid w:val="00E9654C"/>
    <w:rsid w:val="00EA7645"/>
    <w:rsid w:val="00EB430F"/>
    <w:rsid w:val="00EC1CE4"/>
    <w:rsid w:val="00EC4871"/>
    <w:rsid w:val="00EC5F09"/>
    <w:rsid w:val="00EC6B54"/>
    <w:rsid w:val="00ED6ED1"/>
    <w:rsid w:val="00EE009D"/>
    <w:rsid w:val="00EF7492"/>
    <w:rsid w:val="00F00445"/>
    <w:rsid w:val="00F01309"/>
    <w:rsid w:val="00F05565"/>
    <w:rsid w:val="00F132F6"/>
    <w:rsid w:val="00F14306"/>
    <w:rsid w:val="00F22F40"/>
    <w:rsid w:val="00F27FC2"/>
    <w:rsid w:val="00F357F5"/>
    <w:rsid w:val="00F373F5"/>
    <w:rsid w:val="00F46B06"/>
    <w:rsid w:val="00F57179"/>
    <w:rsid w:val="00F6224B"/>
    <w:rsid w:val="00F717F5"/>
    <w:rsid w:val="00F73628"/>
    <w:rsid w:val="00F73BB4"/>
    <w:rsid w:val="00F83436"/>
    <w:rsid w:val="00F953D2"/>
    <w:rsid w:val="00FB6B83"/>
    <w:rsid w:val="00FC26D2"/>
    <w:rsid w:val="00FC693F"/>
    <w:rsid w:val="00FD58F5"/>
    <w:rsid w:val="00FD7302"/>
    <w:rsid w:val="00FE047F"/>
    <w:rsid w:val="00FE0877"/>
    <w:rsid w:val="00FF0435"/>
    <w:rsid w:val="00FF0A71"/>
    <w:rsid w:val="00FF58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EA94FE"/>
  <w14:defaultImageDpi w14:val="300"/>
  <w15:docId w15:val="{319D18C6-93F2-4517-AF62-CED44698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5F2"/>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9608FC"/>
    <w:rPr>
      <w:color w:val="666666"/>
    </w:rPr>
  </w:style>
  <w:style w:type="character" w:styleId="Hyperlink">
    <w:name w:val="Hyperlink"/>
    <w:basedOn w:val="DefaultParagraphFont"/>
    <w:uiPriority w:val="99"/>
    <w:unhideWhenUsed/>
    <w:rsid w:val="005718AB"/>
    <w:rPr>
      <w:color w:val="0000FF" w:themeColor="hyperlink"/>
      <w:u w:val="single"/>
    </w:rPr>
  </w:style>
  <w:style w:type="character" w:styleId="UnresolvedMention">
    <w:name w:val="Unresolved Mention"/>
    <w:basedOn w:val="DefaultParagraphFont"/>
    <w:uiPriority w:val="99"/>
    <w:semiHidden/>
    <w:unhideWhenUsed/>
    <w:rsid w:val="005718AB"/>
    <w:rPr>
      <w:color w:val="605E5C"/>
      <w:shd w:val="clear" w:color="auto" w:fill="E1DFDD"/>
    </w:rPr>
  </w:style>
  <w:style w:type="character" w:styleId="CommentReference">
    <w:name w:val="annotation reference"/>
    <w:basedOn w:val="DefaultParagraphFont"/>
    <w:uiPriority w:val="99"/>
    <w:semiHidden/>
    <w:unhideWhenUsed/>
    <w:rsid w:val="00894CC2"/>
    <w:rPr>
      <w:sz w:val="16"/>
      <w:szCs w:val="16"/>
    </w:rPr>
  </w:style>
  <w:style w:type="paragraph" w:styleId="CommentText">
    <w:name w:val="annotation text"/>
    <w:basedOn w:val="Normal"/>
    <w:link w:val="CommentTextChar"/>
    <w:uiPriority w:val="99"/>
    <w:unhideWhenUsed/>
    <w:rsid w:val="00894CC2"/>
    <w:pPr>
      <w:spacing w:line="240" w:lineRule="auto"/>
    </w:pPr>
    <w:rPr>
      <w:sz w:val="20"/>
      <w:szCs w:val="20"/>
    </w:rPr>
  </w:style>
  <w:style w:type="character" w:customStyle="1" w:styleId="CommentTextChar">
    <w:name w:val="Comment Text Char"/>
    <w:basedOn w:val="DefaultParagraphFont"/>
    <w:link w:val="CommentText"/>
    <w:uiPriority w:val="99"/>
    <w:rsid w:val="00894CC2"/>
    <w:rPr>
      <w:sz w:val="20"/>
      <w:szCs w:val="20"/>
    </w:rPr>
  </w:style>
  <w:style w:type="paragraph" w:styleId="CommentSubject">
    <w:name w:val="annotation subject"/>
    <w:basedOn w:val="CommentText"/>
    <w:next w:val="CommentText"/>
    <w:link w:val="CommentSubjectChar"/>
    <w:uiPriority w:val="99"/>
    <w:semiHidden/>
    <w:unhideWhenUsed/>
    <w:rsid w:val="00894CC2"/>
    <w:rPr>
      <w:b/>
      <w:bCs/>
    </w:rPr>
  </w:style>
  <w:style w:type="character" w:customStyle="1" w:styleId="CommentSubjectChar">
    <w:name w:val="Comment Subject Char"/>
    <w:basedOn w:val="CommentTextChar"/>
    <w:link w:val="CommentSubject"/>
    <w:uiPriority w:val="99"/>
    <w:semiHidden/>
    <w:rsid w:val="00894C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s%3A%2F%2Furldefense.com%2Fv3%2F__https%3A%2Fwww.ncleg.gov%2FEnactedLegislation%2FSessionLaws%2FPDF%2F2019-2020%2FSL2019-91.pdf__%3B!!HYmSToo!cgjTXwebP7WCOWlKLJohFPzolz1nOZkCYyQJM5x4LHOHd8GZ6h7MX_RQCo9Of-V3aofpfwf86Fz0FD_vca56kOfEs7Ii_WeS09vO6qs%24&amp;data=05%7C02%7Ckrystal.davis%40dhhs.nc.gov%7Cee504df40fa5458a44c108dca5d4da4f%7C7a7681dcb9d0449a85c3ecc26cd7ed19%7C0%7C0%7C638567581196118960%7CUnknown%7CTWFpbGZsb3d8eyJWIjoiMC4wLjAwMDAiLCJQIjoiV2luMzIiLCJBTiI6Ik1haWwiLCJXVCI6Mn0%3D%7C0%7C%7C%7C&amp;sdata=QP%2B3sboY1ixTCH2YhJYlh04%2F11nV3kMNJtpkc9PCLT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cdhhs.gov/sl-2020-87-section-2-state-agency-licensing-boards-military-final/op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early.nc.gov/index.php/contact/cdsa" TargetMode="External"/><Relationship Id="rId5" Type="http://schemas.openxmlformats.org/officeDocument/2006/relationships/numbering" Target="numbering.xml"/><Relationship Id="rId15" Type="http://schemas.openxmlformats.org/officeDocument/2006/relationships/hyperlink" Target="https://www.ncdhhs.gov/itp-policy-and-procedures-personnel-certificationdocx/download?attach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dhhs.gov/sl-2020-87-section-2-state-agency-licensing-boards-military-final/op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8731186-554B-42B0-ACDA-22A437DD00AD}"/>
      </w:docPartPr>
      <w:docPartBody>
        <w:p w:rsidR="00AF4FAD" w:rsidRDefault="00731E80">
          <w:r w:rsidRPr="0099723C">
            <w:rPr>
              <w:rStyle w:val="PlaceholderText"/>
            </w:rPr>
            <w:t>Click or tap to enter a date.</w:t>
          </w:r>
        </w:p>
      </w:docPartBody>
    </w:docPart>
    <w:docPart>
      <w:docPartPr>
        <w:name w:val="AADFEBBE12554CF48334C8B22CCB7BAF"/>
        <w:category>
          <w:name w:val="General"/>
          <w:gallery w:val="placeholder"/>
        </w:category>
        <w:types>
          <w:type w:val="bbPlcHdr"/>
        </w:types>
        <w:behaviors>
          <w:behavior w:val="content"/>
        </w:behaviors>
        <w:guid w:val="{EB28713A-B82A-44D7-B3AF-9E95F4C3D328}"/>
      </w:docPartPr>
      <w:docPartBody>
        <w:p w:rsidR="00801E7B" w:rsidRDefault="00AF4FAD" w:rsidP="00AF4FAD">
          <w:pPr>
            <w:pStyle w:val="AADFEBBE12554CF48334C8B22CCB7BAF"/>
          </w:pPr>
          <w:r w:rsidRPr="0099723C">
            <w:rPr>
              <w:rStyle w:val="PlaceholderText"/>
            </w:rPr>
            <w:t>Click or tap to enter a date.</w:t>
          </w:r>
        </w:p>
      </w:docPartBody>
    </w:docPart>
    <w:docPart>
      <w:docPartPr>
        <w:name w:val="D5497E774A584FCA9FDC1E2E7F3AA1DF"/>
        <w:category>
          <w:name w:val="General"/>
          <w:gallery w:val="placeholder"/>
        </w:category>
        <w:types>
          <w:type w:val="bbPlcHdr"/>
        </w:types>
        <w:behaviors>
          <w:behavior w:val="content"/>
        </w:behaviors>
        <w:guid w:val="{D65F05D8-CFB2-4CA8-81A1-A8997C1B66F7}"/>
      </w:docPartPr>
      <w:docPartBody>
        <w:p w:rsidR="00A51058" w:rsidRDefault="00801E7B" w:rsidP="00801E7B">
          <w:pPr>
            <w:pStyle w:val="D5497E774A584FCA9FDC1E2E7F3AA1DF"/>
          </w:pPr>
          <w:r w:rsidRPr="0099723C">
            <w:rPr>
              <w:rStyle w:val="PlaceholderText"/>
            </w:rPr>
            <w:t>Click or tap to enter a date.</w:t>
          </w:r>
        </w:p>
      </w:docPartBody>
    </w:docPart>
    <w:docPart>
      <w:docPartPr>
        <w:name w:val="D19355A624D34F86A9BEF0C23F6F527C"/>
        <w:category>
          <w:name w:val="General"/>
          <w:gallery w:val="placeholder"/>
        </w:category>
        <w:types>
          <w:type w:val="bbPlcHdr"/>
        </w:types>
        <w:behaviors>
          <w:behavior w:val="content"/>
        </w:behaviors>
        <w:guid w:val="{C74512CC-6134-4989-801B-8BA82D846216}"/>
      </w:docPartPr>
      <w:docPartBody>
        <w:p w:rsidR="00A51058" w:rsidRDefault="00801E7B" w:rsidP="00801E7B">
          <w:pPr>
            <w:pStyle w:val="D19355A624D34F86A9BEF0C23F6F527C"/>
          </w:pPr>
          <w:r w:rsidRPr="0099723C">
            <w:rPr>
              <w:rStyle w:val="PlaceholderText"/>
            </w:rPr>
            <w:t>Click or tap to enter a date.</w:t>
          </w:r>
        </w:p>
      </w:docPartBody>
    </w:docPart>
    <w:docPart>
      <w:docPartPr>
        <w:name w:val="25B9C3DE989546AAADF5344ACC799938"/>
        <w:category>
          <w:name w:val="General"/>
          <w:gallery w:val="placeholder"/>
        </w:category>
        <w:types>
          <w:type w:val="bbPlcHdr"/>
        </w:types>
        <w:behaviors>
          <w:behavior w:val="content"/>
        </w:behaviors>
        <w:guid w:val="{FFA5B100-F776-45FC-B088-5D2CE4D56783}"/>
      </w:docPartPr>
      <w:docPartBody>
        <w:p w:rsidR="0059052D" w:rsidRDefault="00B30EDB" w:rsidP="00B30EDB">
          <w:pPr>
            <w:pStyle w:val="25B9C3DE989546AAADF5344ACC799938"/>
          </w:pPr>
          <w:r w:rsidRPr="0099723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reaming Outloud Script Pro">
    <w:charset w:val="00"/>
    <w:family w:val="script"/>
    <w:pitch w:val="variable"/>
    <w:sig w:usb0="800000EF" w:usb1="0000000A" w:usb2="00000008" w:usb3="00000000" w:csb0="00000001"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E80"/>
    <w:rsid w:val="00057B75"/>
    <w:rsid w:val="00087871"/>
    <w:rsid w:val="00147D71"/>
    <w:rsid w:val="001E1598"/>
    <w:rsid w:val="001F5A5A"/>
    <w:rsid w:val="0033155C"/>
    <w:rsid w:val="0034629E"/>
    <w:rsid w:val="00356EDC"/>
    <w:rsid w:val="0036032C"/>
    <w:rsid w:val="003C2EA8"/>
    <w:rsid w:val="00402D9C"/>
    <w:rsid w:val="0042570F"/>
    <w:rsid w:val="004321BF"/>
    <w:rsid w:val="004664D5"/>
    <w:rsid w:val="0059052D"/>
    <w:rsid w:val="00603ACD"/>
    <w:rsid w:val="00647E34"/>
    <w:rsid w:val="006513EF"/>
    <w:rsid w:val="006D2311"/>
    <w:rsid w:val="006F5CFF"/>
    <w:rsid w:val="00731E80"/>
    <w:rsid w:val="00743146"/>
    <w:rsid w:val="007B75F1"/>
    <w:rsid w:val="00801E7B"/>
    <w:rsid w:val="00807D36"/>
    <w:rsid w:val="00821617"/>
    <w:rsid w:val="008B082F"/>
    <w:rsid w:val="008C0C86"/>
    <w:rsid w:val="008D5B50"/>
    <w:rsid w:val="008E5A56"/>
    <w:rsid w:val="00945EA4"/>
    <w:rsid w:val="00965D52"/>
    <w:rsid w:val="009A23F2"/>
    <w:rsid w:val="00A44782"/>
    <w:rsid w:val="00A51058"/>
    <w:rsid w:val="00A64671"/>
    <w:rsid w:val="00AF4FAD"/>
    <w:rsid w:val="00B30EDB"/>
    <w:rsid w:val="00CB7C03"/>
    <w:rsid w:val="00D14D4C"/>
    <w:rsid w:val="00D3641A"/>
    <w:rsid w:val="00D56D78"/>
    <w:rsid w:val="00D61DAE"/>
    <w:rsid w:val="00DA0531"/>
    <w:rsid w:val="00DA0EBF"/>
    <w:rsid w:val="00E06F93"/>
    <w:rsid w:val="00E33AFD"/>
    <w:rsid w:val="00E436F7"/>
    <w:rsid w:val="00E6514B"/>
    <w:rsid w:val="00E83F9A"/>
    <w:rsid w:val="00EB6B3B"/>
    <w:rsid w:val="00EC5F09"/>
    <w:rsid w:val="00EF598E"/>
    <w:rsid w:val="00F00445"/>
    <w:rsid w:val="00F357F5"/>
    <w:rsid w:val="00F546E3"/>
    <w:rsid w:val="00F717F5"/>
    <w:rsid w:val="00FF0435"/>
    <w:rsid w:val="00FF0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0EDB"/>
    <w:rPr>
      <w:color w:val="808080"/>
    </w:rPr>
  </w:style>
  <w:style w:type="paragraph" w:customStyle="1" w:styleId="AADFEBBE12554CF48334C8B22CCB7BAF">
    <w:name w:val="AADFEBBE12554CF48334C8B22CCB7BAF"/>
    <w:rsid w:val="00AF4FAD"/>
  </w:style>
  <w:style w:type="paragraph" w:customStyle="1" w:styleId="D5497E774A584FCA9FDC1E2E7F3AA1DF">
    <w:name w:val="D5497E774A584FCA9FDC1E2E7F3AA1DF"/>
    <w:rsid w:val="00801E7B"/>
  </w:style>
  <w:style w:type="paragraph" w:customStyle="1" w:styleId="D19355A624D34F86A9BEF0C23F6F527C">
    <w:name w:val="D19355A624D34F86A9BEF0C23F6F527C"/>
    <w:rsid w:val="00801E7B"/>
  </w:style>
  <w:style w:type="paragraph" w:customStyle="1" w:styleId="25B9C3DE989546AAADF5344ACC799938">
    <w:name w:val="25B9C3DE989546AAADF5344ACC799938"/>
    <w:rsid w:val="00B30E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C12BCA6C764445934B409158CEB6A0" ma:contentTypeVersion="18" ma:contentTypeDescription="Create a new document." ma:contentTypeScope="" ma:versionID="223832501aa24c9e993ee1773a61fbdf">
  <xsd:schema xmlns:xsd="http://www.w3.org/2001/XMLSchema" xmlns:xs="http://www.w3.org/2001/XMLSchema" xmlns:p="http://schemas.microsoft.com/office/2006/metadata/properties" xmlns:ns2="83811381-9c95-4790-b7a3-50762a3de92b" xmlns:ns3="05e2b699-2672-4ed6-bec2-7cabfb549f16" targetNamespace="http://schemas.microsoft.com/office/2006/metadata/properties" ma:root="true" ma:fieldsID="dd1be865242ee3c1373970b732db4806" ns2:_="" ns3:_="">
    <xsd:import namespace="83811381-9c95-4790-b7a3-50762a3de92b"/>
    <xsd:import namespace="05e2b699-2672-4ed6-bec2-7cabfb549f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First_x0020_and_x0020_Last_x0020_Name" minOccurs="0"/>
                <xsd:element ref="ns2:Email_x0020_Address" minOccurs="0"/>
                <xsd:element ref="ns2:County_x0020_Served" minOccurs="0"/>
                <xsd:element ref="ns2:Purpose_x0020_of_x0020_Contact" minOccurs="0"/>
                <xsd:element ref="ns2:If_x0020_the_x0020_purpose_x0020_is_x0020_change_x0020_of_x0020_leadership_x002c__x0020_please_x0020_provide_x0020_name_x0020_and_x0020_contact_x0020_of_x0020_successor" minOccurs="0"/>
                <xsd:element ref="ns2:Do_x0020_You_x0020_Need_x0020_Support_x0020_Identifying_x0020_a_x0020_Successor_x003f_" minOccurs="0"/>
                <xsd:element ref="ns2:When_x0020_Will_x0020_This_x0020_Change_x0020_Take_x0020_Place_x003f_" minOccurs="0"/>
                <xsd:element ref="ns2:Support_x0020_Ne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811381-9c95-4790-b7a3-50762a3de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First_x0020_and_x0020_Last_x0020_Name" ma:index="18" nillable="true" ma:displayName="First and Last Name" ma:format="Dropdown" ma:internalName="First_x0020_and_x0020_Last_x0020_Name">
      <xsd:simpleType>
        <xsd:restriction base="dms:Text">
          <xsd:maxLength value="255"/>
        </xsd:restriction>
      </xsd:simpleType>
    </xsd:element>
    <xsd:element name="Email_x0020_Address" ma:index="19" nillable="true" ma:displayName="Email Address" ma:internalName="Email_x0020_Address">
      <xsd:simpleType>
        <xsd:restriction base="dms:Text">
          <xsd:maxLength value="255"/>
        </xsd:restriction>
      </xsd:simpleType>
    </xsd:element>
    <xsd:element name="County_x0020_Served" ma:index="20" nillable="true" ma:displayName="County Served" ma:internalName="County_x0020_Served">
      <xsd:simpleType>
        <xsd:restriction base="dms:Text">
          <xsd:maxLength value="255"/>
        </xsd:restriction>
      </xsd:simpleType>
    </xsd:element>
    <xsd:element name="Purpose_x0020_of_x0020_Contact" ma:index="21" nillable="true" ma:displayName="Purpose of Contact" ma:internalName="Purpose_x0020_of_x0020_Contact">
      <xsd:simpleType>
        <xsd:restriction base="dms:Note">
          <xsd:maxLength value="255"/>
        </xsd:restriction>
      </xsd:simpleType>
    </xsd:element>
    <xsd:element name="If_x0020_the_x0020_purpose_x0020_is_x0020_change_x0020_of_x0020_leadership_x002c__x0020_please_x0020_provide_x0020_name_x0020_and_x0020_contact_x0020_of_x0020_successor" ma:index="22" nillable="true" ma:displayName="If the purpose is change of leadership, please provide name and contact of successor" ma:internalName="If_x0020_the_x0020_purpose_x0020_is_x0020_change_x0020_of_x0020_leadership_x002c__x0020_please_x0020_provide_x0020_name_x0020_and_x0020_contact_x0020_of_x0020_successor">
      <xsd:simpleType>
        <xsd:restriction base="dms:Note">
          <xsd:maxLength value="255"/>
        </xsd:restriction>
      </xsd:simpleType>
    </xsd:element>
    <xsd:element name="Do_x0020_You_x0020_Need_x0020_Support_x0020_Identifying_x0020_a_x0020_Successor_x003f_" ma:index="23" nillable="true" ma:displayName="Do You Need Support Identifying a Successor?" ma:internalName="Do_x0020_You_x0020_Need_x0020_Support_x0020_Identifying_x0020_a_x0020_Successor_x003f_">
      <xsd:simpleType>
        <xsd:restriction base="dms:Boolean"/>
      </xsd:simpleType>
    </xsd:element>
    <xsd:element name="When_x0020_Will_x0020_This_x0020_Change_x0020_Take_x0020_Place_x003f_" ma:index="24" nillable="true" ma:displayName="When Will This Change Take Place?" ma:internalName="When_x0020_Will_x0020_This_x0020_Change_x0020_Take_x0020_Place_x003f_">
      <xsd:simpleType>
        <xsd:restriction base="dms:Text">
          <xsd:maxLength value="255"/>
        </xsd:restriction>
      </xsd:simpleType>
    </xsd:element>
    <xsd:element name="Support_x0020_Needed" ma:index="25" nillable="true" ma:displayName="Support Needed" ma:internalName="Support_x0020_Neede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e2b699-2672-4ed6-bec2-7cabfb549f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d31b4f-6350-49cc-883f-7ac1a0e4ef72}" ma:internalName="TaxCatchAll" ma:showField="CatchAllData" ma:web="05e2b699-2672-4ed6-bec2-7cabfb549f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811381-9c95-4790-b7a3-50762a3de92b">
      <Terms xmlns="http://schemas.microsoft.com/office/infopath/2007/PartnerControls"/>
    </lcf76f155ced4ddcb4097134ff3c332f>
    <TaxCatchAll xmlns="05e2b699-2672-4ed6-bec2-7cabfb549f16" xsi:nil="true"/>
    <Purpose_x0020_of_x0020_Contact xmlns="83811381-9c95-4790-b7a3-50762a3de92b" xsi:nil="true"/>
    <Do_x0020_You_x0020_Need_x0020_Support_x0020_Identifying_x0020_a_x0020_Successor_x003f_ xmlns="83811381-9c95-4790-b7a3-50762a3de92b" xsi:nil="true"/>
    <Support_x0020_Needed xmlns="83811381-9c95-4790-b7a3-50762a3de92b" xsi:nil="true"/>
    <First_x0020_and_x0020_Last_x0020_Name xmlns="83811381-9c95-4790-b7a3-50762a3de92b" xsi:nil="true"/>
    <If_x0020_the_x0020_purpose_x0020_is_x0020_change_x0020_of_x0020_leadership_x002c__x0020_please_x0020_provide_x0020_name_x0020_and_x0020_contact_x0020_of_x0020_successor xmlns="83811381-9c95-4790-b7a3-50762a3de92b" xsi:nil="true"/>
    <Email_x0020_Address xmlns="83811381-9c95-4790-b7a3-50762a3de92b" xsi:nil="true"/>
    <County_x0020_Served xmlns="83811381-9c95-4790-b7a3-50762a3de92b" xsi:nil="true"/>
    <When_x0020_Will_x0020_This_x0020_Change_x0020_Take_x0020_Place_x003f_ xmlns="83811381-9c95-4790-b7a3-50762a3de92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1AD4D96-27F6-4862-A3D6-26DB9F485E53}">
  <ds:schemaRefs>
    <ds:schemaRef ds:uri="http://schemas.microsoft.com/sharepoint/v3/contenttype/forms"/>
  </ds:schemaRefs>
</ds:datastoreItem>
</file>

<file path=customXml/itemProps3.xml><?xml version="1.0" encoding="utf-8"?>
<ds:datastoreItem xmlns:ds="http://schemas.openxmlformats.org/officeDocument/2006/customXml" ds:itemID="{1C762D75-99C8-478A-BF39-46ABF5B6BB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811381-9c95-4790-b7a3-50762a3de92b"/>
    <ds:schemaRef ds:uri="05e2b699-2672-4ed6-bec2-7cabfb549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748971-7BCA-4244-8840-078C6318936A}">
  <ds:schemaRefs>
    <ds:schemaRef ds:uri="http://schemas.microsoft.com/office/2006/metadata/properties"/>
    <ds:schemaRef ds:uri="http://schemas.microsoft.com/office/infopath/2007/PartnerControls"/>
    <ds:schemaRef ds:uri="83811381-9c95-4790-b7a3-50762a3de92b"/>
    <ds:schemaRef ds:uri="05e2b699-2672-4ed6-bec2-7cabfb549f1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1710</Words>
  <Characters>9752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Davis, Krystal N</cp:lastModifiedBy>
  <cp:revision>2</cp:revision>
  <dcterms:created xsi:type="dcterms:W3CDTF">2026-10-06T12:25:00Z</dcterms:created>
  <dcterms:modified xsi:type="dcterms:W3CDTF">2026-10-06T12:25:00Z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0x0101008BC12BCA6C764445934B409158CEB6A0</vt:lpwstr>
  </property>
  <property fmtid="{D5CDD505-2E9C-101B-9397-08002B2CF9AE}" pid="3" name="MediaServiceImageTags">
    <vt:lpwstr/>
  </property>
</Properties>
</file>